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20" w:after="60"/>
      </w:pPr>
      <w:r>
        <w:rPr>
          <w:rFonts w:ascii="Calibri" w:hAnsi="Calibri"/>
          <w:b/>
          <w:color w:val="5194E6"/>
          <w:sz w:val="20"/>
        </w:rPr>
        <w:t>MODÈLE PRÊT À PERSONNALISER</w:t>
      </w:r>
    </w:p>
    <w:p>
      <w:pPr>
        <w:spacing w:before="0" w:after="160"/>
      </w:pPr>
      <w:r>
        <w:rPr>
          <w:rFonts w:ascii="Calibri" w:hAnsi="Calibri"/>
          <w:b/>
          <w:color w:val="17324D"/>
          <w:sz w:val="54"/>
        </w:rPr>
        <w:t>Livret d’accueil</w:t>
        <w:br/>
        <w:t>pour location saisonnière</w:t>
      </w:r>
    </w:p>
    <w:p>
      <w:pPr>
        <w:spacing w:after="360"/>
      </w:pPr>
      <w:r>
        <w:rPr>
          <w:rFonts w:ascii="Calibri" w:hAnsi="Calibri"/>
          <w:color w:val="6B7D91"/>
          <w:sz w:val="26"/>
        </w:rPr>
        <w:t>Une trame Word gratuite pour préparer l’arrivée, le séjour et le départ de vos voyageurs.</w:t>
      </w:r>
    </w:p>
    <w:p>
      <w:pPr>
        <w:keepLines/>
        <w:spacing w:before="80" w:after="160" w:line="288" w:lineRule="auto"/>
        <w:ind w:left="115" w:right="115"/>
        <w:shd w:fill="EDF5FF"/>
        <w:pBdr>
          <w:top w:val="single" w:sz="8" w:space="8" w:color="EDF5FF"/>
          <w:left w:val="single" w:sz="8" w:space="8" w:color="EDF5FF"/>
          <w:bottom w:val="single" w:sz="8" w:space="8" w:color="EDF5FF"/>
          <w:right w:val="single" w:sz="8" w:space="8" w:color="EDF5FF"/>
        </w:pBdr>
      </w:pPr>
      <w:r>
        <w:rPr>
          <w:rFonts w:ascii="Calibri" w:hAnsi="Calibri"/>
          <w:b/>
          <w:color w:val="17324D"/>
          <w:sz w:val="22"/>
        </w:rPr>
        <w:t>Comment utiliser ce modèle</w:t>
      </w:r>
      <w:r>
        <w:rPr>
          <w:rFonts w:ascii="Calibri" w:hAnsi="Calibri"/>
          <w:color w:val="17324D"/>
          <w:sz w:val="22"/>
        </w:rPr>
        <w:br/>
        <w:t>Remplacez tous les textes entre crochets, supprimez les rubriques inutiles et vérifiez chaque information avant de partager le document. Pour un contenu toujours à jour, vous pouvez ensuite reprendre cette trame dans un livret digital WelloGuest.</w:t>
      </w:r>
    </w:p>
    <w:p>
      <w:pPr>
        <w:pStyle w:val="Heading1"/>
        <w:keepNext/>
      </w:pPr>
      <w:r>
        <w:rPr>
          <w:rFonts w:ascii="Calibri" w:hAnsi="Calibri"/>
          <w:b/>
          <w:color w:val="5194E6"/>
          <w:sz w:val="32"/>
        </w:rPr>
        <w:t>1. Fiche du logement</w:t>
      </w:r>
    </w:p>
    <w:tbl>
      <w:tblPr>
        <w:tblW w:type="dxa" w:w="9360"/>
        <w:tblLayout w:type="fixed"/>
        <w:tblLook w:firstColumn="1" w:firstRow="1" w:lastColumn="0" w:lastRow="0" w:noHBand="0" w:noVBand="1" w:val="04A0"/>
        <w:jc w:val="left"/>
        <w:tblInd w:w="120" w:type="dxa"/>
        <w:tblBorders>
          <w:top w:val="single" w:sz="8" w:space="0" w:color="DCE8F5"/>
          <w:left w:val="single" w:sz="8" w:space="0" w:color="DCE8F5"/>
          <w:bottom w:val="single" w:sz="8" w:space="0" w:color="DCE8F5"/>
          <w:right w:val="single" w:sz="8" w:space="0" w:color="DCE8F5"/>
          <w:insideH w:val="single" w:sz="8" w:space="0" w:color="DCE8F5"/>
          <w:insideV w:val="single" w:sz="8" w:space="0" w:color="DCE8F5"/>
        </w:tblBorders>
      </w:tblPr>
      <w:tblGrid>
        <w:gridCol w:w="2700"/>
        <w:gridCol w:w="6660"/>
      </w:tblGrid>
      <w:tr>
        <w:trPr>
          <w:tblHeader w:val="true"/>
        </w:trPr>
        <w:tc>
          <w:tcPr>
            <w:tcW w:type="dxa" w:w="2700"/>
            <w:tcMar>
              <w:top w:w="100" w:type="dxa"/>
              <w:start w:w="120" w:type="dxa"/>
              <w:bottom w:w="100" w:type="dxa"/>
              <w:end w:w="120" w:type="dxa"/>
            </w:tcMar>
            <w:vAlign w:val="center"/>
            <w:shd w:fill="EDF5FF"/>
          </w:tcPr>
          <w:p>
            <w:pPr>
              <w:spacing w:after="0"/>
            </w:pPr>
            <w:r>
              <w:rPr>
                <w:rFonts w:ascii="Calibri" w:hAnsi="Calibri"/>
                <w:b/>
                <w:color w:val="5194E6"/>
                <w:sz w:val="21"/>
              </w:rPr>
              <w:t>À personnaliser</w:t>
            </w:r>
          </w:p>
        </w:tc>
        <w:tc>
          <w:tcPr>
            <w:tcW w:type="dxa" w:w="6660"/>
            <w:tcMar>
              <w:top w:w="100" w:type="dxa"/>
              <w:start w:w="120" w:type="dxa"/>
              <w:bottom w:w="100" w:type="dxa"/>
              <w:end w:w="120" w:type="dxa"/>
            </w:tcMar>
            <w:vAlign w:val="center"/>
            <w:shd w:fill="EDF5FF"/>
          </w:tcPr>
          <w:p>
            <w:pPr>
              <w:spacing w:after="0"/>
            </w:pPr>
            <w:r>
              <w:rPr>
                <w:rFonts w:ascii="Calibri" w:hAnsi="Calibri"/>
                <w:b/>
                <w:color w:val="5194E6"/>
                <w:sz w:val="21"/>
              </w:rPr>
              <w:t>Votre contenu</w:t>
            </w:r>
          </w:p>
        </w:tc>
      </w:tr>
      <w:tr>
        <w:tc>
          <w:tcPr>
            <w:tcW w:type="dxa" w:w="2700"/>
            <w:tcMar>
              <w:top w:w="100" w:type="dxa"/>
              <w:start w:w="120" w:type="dxa"/>
              <w:bottom w:w="100" w:type="dxa"/>
              <w:end w:w="120" w:type="dxa"/>
            </w:tcMar>
            <w:vAlign w:val="center"/>
          </w:tcPr>
          <w:p>
            <w:pPr>
              <w:spacing w:after="0" w:line="276" w:lineRule="auto"/>
            </w:pPr>
            <w:r>
              <w:rPr>
                <w:rFonts w:ascii="Calibri" w:hAnsi="Calibri"/>
                <w:b/>
                <w:color w:val="17324D"/>
                <w:sz w:val="22"/>
              </w:rPr>
              <w:t>Nom du logement</w:t>
            </w:r>
          </w:p>
        </w:tc>
        <w:tc>
          <w:tcPr>
            <w:tcW w:type="dxa" w:w="6660"/>
            <w:tcMar>
              <w:top w:w="100" w:type="dxa"/>
              <w:start w:w="120" w:type="dxa"/>
              <w:bottom w:w="100" w:type="dxa"/>
              <w:end w:w="120" w:type="dxa"/>
            </w:tcMar>
            <w:vAlign w:val="center"/>
          </w:tcPr>
          <w:p>
            <w:pPr>
              <w:spacing w:after="0" w:line="276" w:lineRule="auto"/>
            </w:pPr>
            <w:r>
              <w:rPr>
                <w:rFonts w:ascii="Calibri" w:hAnsi="Calibri"/>
                <w:b w:val="0"/>
                <w:color w:val="6B7D91"/>
                <w:sz w:val="22"/>
              </w:rPr>
              <w:t>[Nom commercial ou nom court du logement]</w:t>
            </w:r>
          </w:p>
        </w:tc>
      </w:tr>
      <w:tr>
        <w:tc>
          <w:tcPr>
            <w:tcW w:type="dxa" w:w="2700"/>
            <w:tcMar>
              <w:top w:w="100" w:type="dxa"/>
              <w:start w:w="120" w:type="dxa"/>
              <w:bottom w:w="100" w:type="dxa"/>
              <w:end w:w="120" w:type="dxa"/>
            </w:tcMar>
            <w:vAlign w:val="center"/>
          </w:tcPr>
          <w:p>
            <w:pPr>
              <w:spacing w:after="0" w:line="276" w:lineRule="auto"/>
            </w:pPr>
            <w:r>
              <w:rPr>
                <w:rFonts w:ascii="Calibri" w:hAnsi="Calibri"/>
                <w:b/>
                <w:color w:val="17324D"/>
                <w:sz w:val="22"/>
              </w:rPr>
              <w:t>Adresse</w:t>
            </w:r>
          </w:p>
        </w:tc>
        <w:tc>
          <w:tcPr>
            <w:tcW w:type="dxa" w:w="6660"/>
            <w:tcMar>
              <w:top w:w="100" w:type="dxa"/>
              <w:start w:w="120" w:type="dxa"/>
              <w:bottom w:w="100" w:type="dxa"/>
              <w:end w:w="120" w:type="dxa"/>
            </w:tcMar>
            <w:vAlign w:val="center"/>
          </w:tcPr>
          <w:p>
            <w:pPr>
              <w:spacing w:after="0" w:line="276" w:lineRule="auto"/>
            </w:pPr>
            <w:r>
              <w:rPr>
                <w:rFonts w:ascii="Calibri" w:hAnsi="Calibri"/>
                <w:b w:val="0"/>
                <w:color w:val="6B7D91"/>
                <w:sz w:val="22"/>
              </w:rPr>
              <w:t>[Adresse complète + étage / bâtiment]</w:t>
            </w:r>
          </w:p>
        </w:tc>
      </w:tr>
      <w:tr>
        <w:tc>
          <w:tcPr>
            <w:tcW w:type="dxa" w:w="2700"/>
            <w:tcMar>
              <w:top w:w="100" w:type="dxa"/>
              <w:start w:w="120" w:type="dxa"/>
              <w:bottom w:w="100" w:type="dxa"/>
              <w:end w:w="120" w:type="dxa"/>
            </w:tcMar>
            <w:vAlign w:val="center"/>
          </w:tcPr>
          <w:p>
            <w:pPr>
              <w:spacing w:after="0" w:line="276" w:lineRule="auto"/>
            </w:pPr>
            <w:r>
              <w:rPr>
                <w:rFonts w:ascii="Calibri" w:hAnsi="Calibri"/>
                <w:b/>
                <w:color w:val="17324D"/>
                <w:sz w:val="22"/>
              </w:rPr>
              <w:t>Contact hôte</w:t>
            </w:r>
          </w:p>
        </w:tc>
        <w:tc>
          <w:tcPr>
            <w:tcW w:type="dxa" w:w="6660"/>
            <w:tcMar>
              <w:top w:w="100" w:type="dxa"/>
              <w:start w:w="120" w:type="dxa"/>
              <w:bottom w:w="100" w:type="dxa"/>
              <w:end w:w="120" w:type="dxa"/>
            </w:tcMar>
            <w:vAlign w:val="center"/>
          </w:tcPr>
          <w:p>
            <w:pPr>
              <w:spacing w:after="0" w:line="276" w:lineRule="auto"/>
            </w:pPr>
            <w:r>
              <w:rPr>
                <w:rFonts w:ascii="Calibri" w:hAnsi="Calibri"/>
                <w:b w:val="0"/>
                <w:color w:val="6B7D91"/>
                <w:sz w:val="22"/>
              </w:rPr>
              <w:t>[Prénom, téléphone et horaires de disponibilité]</w:t>
            </w:r>
          </w:p>
        </w:tc>
      </w:tr>
      <w:tr>
        <w:tc>
          <w:tcPr>
            <w:tcW w:type="dxa" w:w="2700"/>
            <w:tcMar>
              <w:top w:w="100" w:type="dxa"/>
              <w:start w:w="120" w:type="dxa"/>
              <w:bottom w:w="100" w:type="dxa"/>
              <w:end w:w="120" w:type="dxa"/>
            </w:tcMar>
            <w:vAlign w:val="center"/>
          </w:tcPr>
          <w:p>
            <w:pPr>
              <w:spacing w:after="0" w:line="276" w:lineRule="auto"/>
            </w:pPr>
            <w:r>
              <w:rPr>
                <w:rFonts w:ascii="Calibri" w:hAnsi="Calibri"/>
                <w:b/>
                <w:color w:val="17324D"/>
                <w:sz w:val="22"/>
              </w:rPr>
              <w:t>Horaires</w:t>
            </w:r>
          </w:p>
        </w:tc>
        <w:tc>
          <w:tcPr>
            <w:tcW w:type="dxa" w:w="6660"/>
            <w:tcMar>
              <w:top w:w="100" w:type="dxa"/>
              <w:start w:w="120" w:type="dxa"/>
              <w:bottom w:w="100" w:type="dxa"/>
              <w:end w:w="120" w:type="dxa"/>
            </w:tcMar>
            <w:vAlign w:val="center"/>
          </w:tcPr>
          <w:p>
            <w:pPr>
              <w:spacing w:after="0" w:line="276" w:lineRule="auto"/>
            </w:pPr>
            <w:r>
              <w:rPr>
                <w:rFonts w:ascii="Calibri" w:hAnsi="Calibri"/>
                <w:b w:val="0"/>
                <w:color w:val="6B7D91"/>
                <w:sz w:val="22"/>
              </w:rPr>
              <w:t>Arrivée : [heure] | Départ : [heure]</w:t>
            </w:r>
          </w:p>
        </w:tc>
      </w:tr>
      <w:tr>
        <w:tc>
          <w:tcPr>
            <w:tcW w:type="dxa" w:w="2700"/>
            <w:tcMar>
              <w:top w:w="100" w:type="dxa"/>
              <w:start w:w="120" w:type="dxa"/>
              <w:bottom w:w="100" w:type="dxa"/>
              <w:end w:w="120" w:type="dxa"/>
            </w:tcMar>
            <w:vAlign w:val="center"/>
          </w:tcPr>
          <w:p>
            <w:pPr>
              <w:spacing w:after="0" w:line="276" w:lineRule="auto"/>
            </w:pPr>
            <w:r>
              <w:rPr>
                <w:rFonts w:ascii="Calibri" w:hAnsi="Calibri"/>
                <w:b/>
                <w:color w:val="17324D"/>
                <w:sz w:val="22"/>
              </w:rPr>
              <w:t>Langues</w:t>
            </w:r>
          </w:p>
        </w:tc>
        <w:tc>
          <w:tcPr>
            <w:tcW w:type="dxa" w:w="6660"/>
            <w:tcMar>
              <w:top w:w="100" w:type="dxa"/>
              <w:start w:w="120" w:type="dxa"/>
              <w:bottom w:w="100" w:type="dxa"/>
              <w:end w:w="120" w:type="dxa"/>
            </w:tcMar>
            <w:vAlign w:val="center"/>
          </w:tcPr>
          <w:p>
            <w:pPr>
              <w:spacing w:after="0" w:line="276" w:lineRule="auto"/>
            </w:pPr>
            <w:r>
              <w:rPr>
                <w:rFonts w:ascii="Calibri" w:hAnsi="Calibri"/>
                <w:b w:val="0"/>
                <w:color w:val="6B7D91"/>
                <w:sz w:val="22"/>
              </w:rPr>
              <w:t>[Français, anglais, espagnol…]</w:t>
            </w:r>
          </w:p>
        </w:tc>
      </w:tr>
    </w:tbl>
    <w:p>
      <w:pPr>
        <w:spacing w:after="40"/>
      </w:pPr>
    </w:p>
    <w:p>
      <w:pPr>
        <w:pStyle w:val="Heading1"/>
        <w:keepNext/>
      </w:pPr>
      <w:r>
        <w:rPr>
          <w:rFonts w:ascii="Calibri" w:hAnsi="Calibri"/>
          <w:b/>
          <w:color w:val="5194E6"/>
          <w:sz w:val="32"/>
        </w:rPr>
        <w:t>2. Message de bienvenue</w:t>
      </w:r>
    </w:p>
    <w:p>
      <w:pPr>
        <w:spacing w:before="0" w:after="120" w:line="300" w:lineRule="auto"/>
      </w:pPr>
      <w:r>
        <w:rPr>
          <w:rFonts w:ascii="Calibri" w:hAnsi="Calibri"/>
          <w:i/>
          <w:color w:val="6B7D91"/>
          <w:sz w:val="22"/>
        </w:rPr>
        <w:t>Exemple à adapter :</w:t>
      </w:r>
    </w:p>
    <w:p>
      <w:pPr>
        <w:keepLines/>
        <w:spacing w:before="80" w:after="160" w:line="288" w:lineRule="auto"/>
        <w:ind w:left="115" w:right="115"/>
        <w:shd w:fill="FFF4E8"/>
        <w:pBdr>
          <w:top w:val="single" w:sz="8" w:space="8" w:color="FFF4E8"/>
          <w:left w:val="single" w:sz="8" w:space="8" w:color="FFF4E8"/>
          <w:bottom w:val="single" w:sz="8" w:space="8" w:color="FFF4E8"/>
          <w:right w:val="single" w:sz="8" w:space="8" w:color="FFF4E8"/>
        </w:pBdr>
      </w:pPr>
      <w:r>
        <w:rPr>
          <w:rFonts w:ascii="Calibri" w:hAnsi="Calibri"/>
          <w:b/>
          <w:color w:val="17324D"/>
          <w:sz w:val="22"/>
        </w:rPr>
        <w:t>Bienvenue chez [nom du logement] !</w:t>
      </w:r>
      <w:r>
        <w:rPr>
          <w:rFonts w:ascii="Calibri" w:hAnsi="Calibri"/>
          <w:color w:val="17324D"/>
          <w:sz w:val="22"/>
        </w:rPr>
        <w:br/>
        <w:t>Nous sommes ravis de vous accueillir. Dans ce livret, vous trouverez les informations nécessaires pour entrer dans le logement, utiliser les équipements et profiter du quartier. En cas de question qui n’est pas couverte ici, contactez [prénom] au [numéro]. Nous vous souhaitons un excellent séjour.</w:t>
      </w:r>
    </w:p>
    <w:p>
      <w:pPr>
        <w:spacing w:before="0" w:after="120" w:line="300" w:lineRule="auto"/>
      </w:pPr>
      <w:r>
        <w:rPr>
          <w:rFonts w:ascii="Calibri" w:hAnsi="Calibri"/>
          <w:i w:val="0"/>
          <w:color w:val="17324D"/>
          <w:sz w:val="22"/>
        </w:rPr>
        <w:t>Conseil : gardez ce message chaleureux et court. Les codes, règles et procédures ont leur propre rubrique.</w:t>
      </w:r>
    </w:p>
    <w:p>
      <w:pPr>
        <w:pStyle w:val="Heading1"/>
        <w:keepNext/>
      </w:pPr>
      <w:r>
        <w:rPr>
          <w:rFonts w:ascii="Calibri" w:hAnsi="Calibri"/>
          <w:b/>
          <w:color w:val="5194E6"/>
          <w:sz w:val="32"/>
        </w:rPr>
        <w:t>3. Arrivée et accès</w:t>
      </w:r>
    </w:p>
    <w:tbl>
      <w:tblPr>
        <w:tblW w:type="dxa" w:w="9360"/>
        <w:tblLayout w:type="fixed"/>
        <w:tblLook w:firstColumn="1" w:firstRow="1" w:lastColumn="0" w:lastRow="0" w:noHBand="0" w:noVBand="1" w:val="04A0"/>
        <w:jc w:val="left"/>
        <w:tblInd w:w="120" w:type="dxa"/>
        <w:tblBorders>
          <w:top w:val="single" w:sz="8" w:space="0" w:color="DCE8F5"/>
          <w:left w:val="single" w:sz="8" w:space="0" w:color="DCE8F5"/>
          <w:bottom w:val="single" w:sz="8" w:space="0" w:color="DCE8F5"/>
          <w:right w:val="single" w:sz="8" w:space="0" w:color="DCE8F5"/>
          <w:insideH w:val="single" w:sz="8" w:space="0" w:color="DCE8F5"/>
          <w:insideV w:val="single" w:sz="8" w:space="0" w:color="DCE8F5"/>
        </w:tblBorders>
      </w:tblPr>
      <w:tblGrid>
        <w:gridCol w:w="2700"/>
        <w:gridCol w:w="6660"/>
      </w:tblGrid>
      <w:tr>
        <w:trPr>
          <w:tblHeader w:val="true"/>
        </w:trPr>
        <w:tc>
          <w:tcPr>
            <w:tcW w:type="dxa" w:w="2700"/>
            <w:tcMar>
              <w:top w:w="100" w:type="dxa"/>
              <w:start w:w="120" w:type="dxa"/>
              <w:bottom w:w="100" w:type="dxa"/>
              <w:end w:w="120" w:type="dxa"/>
            </w:tcMar>
            <w:vAlign w:val="center"/>
            <w:shd w:fill="EDF5FF"/>
          </w:tcPr>
          <w:p>
            <w:pPr>
              <w:spacing w:after="0"/>
            </w:pPr>
            <w:r>
              <w:rPr>
                <w:rFonts w:ascii="Calibri" w:hAnsi="Calibri"/>
                <w:b/>
                <w:color w:val="5194E6"/>
                <w:sz w:val="21"/>
              </w:rPr>
              <w:t>À personnaliser</w:t>
            </w:r>
          </w:p>
        </w:tc>
        <w:tc>
          <w:tcPr>
            <w:tcW w:type="dxa" w:w="6660"/>
            <w:tcMar>
              <w:top w:w="100" w:type="dxa"/>
              <w:start w:w="120" w:type="dxa"/>
              <w:bottom w:w="100" w:type="dxa"/>
              <w:end w:w="120" w:type="dxa"/>
            </w:tcMar>
            <w:vAlign w:val="center"/>
            <w:shd w:fill="EDF5FF"/>
          </w:tcPr>
          <w:p>
            <w:pPr>
              <w:spacing w:after="0"/>
            </w:pPr>
            <w:r>
              <w:rPr>
                <w:rFonts w:ascii="Calibri" w:hAnsi="Calibri"/>
                <w:b/>
                <w:color w:val="5194E6"/>
                <w:sz w:val="21"/>
              </w:rPr>
              <w:t>Votre contenu</w:t>
            </w:r>
          </w:p>
        </w:tc>
      </w:tr>
      <w:tr>
        <w:tc>
          <w:tcPr>
            <w:tcW w:type="dxa" w:w="2700"/>
            <w:tcMar>
              <w:top w:w="100" w:type="dxa"/>
              <w:start w:w="120" w:type="dxa"/>
              <w:bottom w:w="100" w:type="dxa"/>
              <w:end w:w="120" w:type="dxa"/>
            </w:tcMar>
            <w:vAlign w:val="center"/>
          </w:tcPr>
          <w:p>
            <w:pPr>
              <w:spacing w:after="0" w:line="276" w:lineRule="auto"/>
            </w:pPr>
            <w:r>
              <w:rPr>
                <w:rFonts w:ascii="Calibri" w:hAnsi="Calibri"/>
                <w:b/>
                <w:color w:val="17324D"/>
                <w:sz w:val="22"/>
              </w:rPr>
              <w:t>Itinéraire final</w:t>
            </w:r>
          </w:p>
        </w:tc>
        <w:tc>
          <w:tcPr>
            <w:tcW w:type="dxa" w:w="6660"/>
            <w:tcMar>
              <w:top w:w="100" w:type="dxa"/>
              <w:start w:w="120" w:type="dxa"/>
              <w:bottom w:w="100" w:type="dxa"/>
              <w:end w:w="120" w:type="dxa"/>
            </w:tcMar>
            <w:vAlign w:val="center"/>
          </w:tcPr>
          <w:p>
            <w:pPr>
              <w:spacing w:after="0" w:line="276" w:lineRule="auto"/>
            </w:pPr>
            <w:r>
              <w:rPr>
                <w:rFonts w:ascii="Calibri" w:hAnsi="Calibri"/>
                <w:b w:val="0"/>
                <w:color w:val="6B7D91"/>
                <w:sz w:val="22"/>
              </w:rPr>
              <w:t>[Point de repère, bâtiment, entrée, étage]</w:t>
            </w:r>
          </w:p>
        </w:tc>
      </w:tr>
      <w:tr>
        <w:tc>
          <w:tcPr>
            <w:tcW w:type="dxa" w:w="2700"/>
            <w:tcMar>
              <w:top w:w="100" w:type="dxa"/>
              <w:start w:w="120" w:type="dxa"/>
              <w:bottom w:w="100" w:type="dxa"/>
              <w:end w:w="120" w:type="dxa"/>
            </w:tcMar>
            <w:vAlign w:val="center"/>
          </w:tcPr>
          <w:p>
            <w:pPr>
              <w:spacing w:after="0" w:line="276" w:lineRule="auto"/>
            </w:pPr>
            <w:r>
              <w:rPr>
                <w:rFonts w:ascii="Calibri" w:hAnsi="Calibri"/>
                <w:b/>
                <w:color w:val="17324D"/>
                <w:sz w:val="22"/>
              </w:rPr>
              <w:t>Stationnement</w:t>
            </w:r>
          </w:p>
        </w:tc>
        <w:tc>
          <w:tcPr>
            <w:tcW w:type="dxa" w:w="6660"/>
            <w:tcMar>
              <w:top w:w="100" w:type="dxa"/>
              <w:start w:w="120" w:type="dxa"/>
              <w:bottom w:w="100" w:type="dxa"/>
              <w:end w:w="120" w:type="dxa"/>
            </w:tcMar>
            <w:vAlign w:val="center"/>
          </w:tcPr>
          <w:p>
            <w:pPr>
              <w:spacing w:after="0" w:line="276" w:lineRule="auto"/>
            </w:pPr>
            <w:r>
              <w:rPr>
                <w:rFonts w:ascii="Calibri" w:hAnsi="Calibri"/>
                <w:b w:val="0"/>
                <w:color w:val="6B7D91"/>
                <w:sz w:val="22"/>
              </w:rPr>
              <w:t>[Adresse, place réservée, hauteur maximale, alternative]</w:t>
            </w:r>
          </w:p>
        </w:tc>
      </w:tr>
      <w:tr>
        <w:tc>
          <w:tcPr>
            <w:tcW w:type="dxa" w:w="2700"/>
            <w:tcMar>
              <w:top w:w="100" w:type="dxa"/>
              <w:start w:w="120" w:type="dxa"/>
              <w:bottom w:w="100" w:type="dxa"/>
              <w:end w:w="120" w:type="dxa"/>
            </w:tcMar>
            <w:vAlign w:val="center"/>
          </w:tcPr>
          <w:p>
            <w:pPr>
              <w:spacing w:after="0" w:line="276" w:lineRule="auto"/>
            </w:pPr>
            <w:r>
              <w:rPr>
                <w:rFonts w:ascii="Calibri" w:hAnsi="Calibri"/>
                <w:b/>
                <w:color w:val="17324D"/>
                <w:sz w:val="22"/>
              </w:rPr>
              <w:t>Remise des clés</w:t>
            </w:r>
          </w:p>
        </w:tc>
        <w:tc>
          <w:tcPr>
            <w:tcW w:type="dxa" w:w="6660"/>
            <w:tcMar>
              <w:top w:w="100" w:type="dxa"/>
              <w:start w:w="120" w:type="dxa"/>
              <w:bottom w:w="100" w:type="dxa"/>
              <w:end w:w="120" w:type="dxa"/>
            </w:tcMar>
            <w:vAlign w:val="center"/>
          </w:tcPr>
          <w:p>
            <w:pPr>
              <w:spacing w:after="0" w:line="276" w:lineRule="auto"/>
            </w:pPr>
            <w:r>
              <w:rPr>
                <w:rFonts w:ascii="Calibri" w:hAnsi="Calibri"/>
                <w:b w:val="0"/>
                <w:color w:val="6B7D91"/>
                <w:sz w:val="22"/>
              </w:rPr>
              <w:t>[Boîte à clés, accueil en personne ou serrure connectée]</w:t>
            </w:r>
          </w:p>
        </w:tc>
      </w:tr>
      <w:tr>
        <w:tc>
          <w:tcPr>
            <w:tcW w:type="dxa" w:w="2700"/>
            <w:tcMar>
              <w:top w:w="100" w:type="dxa"/>
              <w:start w:w="120" w:type="dxa"/>
              <w:bottom w:w="100" w:type="dxa"/>
              <w:end w:w="120" w:type="dxa"/>
            </w:tcMar>
            <w:vAlign w:val="center"/>
          </w:tcPr>
          <w:p>
            <w:pPr>
              <w:spacing w:after="0" w:line="276" w:lineRule="auto"/>
            </w:pPr>
            <w:r>
              <w:rPr>
                <w:rFonts w:ascii="Calibri" w:hAnsi="Calibri"/>
                <w:b/>
                <w:color w:val="17324D"/>
                <w:sz w:val="22"/>
              </w:rPr>
              <w:t>Code d’entrée</w:t>
            </w:r>
          </w:p>
        </w:tc>
        <w:tc>
          <w:tcPr>
            <w:tcW w:type="dxa" w:w="6660"/>
            <w:tcMar>
              <w:top w:w="100" w:type="dxa"/>
              <w:start w:w="120" w:type="dxa"/>
              <w:bottom w:w="100" w:type="dxa"/>
              <w:end w:w="120" w:type="dxa"/>
            </w:tcMar>
            <w:vAlign w:val="center"/>
          </w:tcPr>
          <w:p>
            <w:pPr>
              <w:spacing w:after="0" w:line="276" w:lineRule="auto"/>
            </w:pPr>
            <w:r>
              <w:rPr>
                <w:rFonts w:ascii="Calibri" w:hAnsi="Calibri"/>
                <w:b w:val="0"/>
                <w:color w:val="6B7D91"/>
                <w:sz w:val="22"/>
              </w:rPr>
              <w:t>[À communiquer au bon moment selon votre organisation]</w:t>
            </w:r>
          </w:p>
        </w:tc>
      </w:tr>
      <w:tr>
        <w:tc>
          <w:tcPr>
            <w:tcW w:type="dxa" w:w="2700"/>
            <w:tcMar>
              <w:top w:w="100" w:type="dxa"/>
              <w:start w:w="120" w:type="dxa"/>
              <w:bottom w:w="100" w:type="dxa"/>
              <w:end w:w="120" w:type="dxa"/>
            </w:tcMar>
            <w:vAlign w:val="center"/>
          </w:tcPr>
          <w:p>
            <w:pPr>
              <w:spacing w:after="0" w:line="276" w:lineRule="auto"/>
            </w:pPr>
            <w:r>
              <w:rPr>
                <w:rFonts w:ascii="Calibri" w:hAnsi="Calibri"/>
                <w:b/>
                <w:color w:val="17324D"/>
                <w:sz w:val="22"/>
              </w:rPr>
              <w:t>En cas de blocage</w:t>
            </w:r>
          </w:p>
        </w:tc>
        <w:tc>
          <w:tcPr>
            <w:tcW w:type="dxa" w:w="6660"/>
            <w:tcMar>
              <w:top w:w="100" w:type="dxa"/>
              <w:start w:w="120" w:type="dxa"/>
              <w:bottom w:w="100" w:type="dxa"/>
              <w:end w:w="120" w:type="dxa"/>
            </w:tcMar>
            <w:vAlign w:val="center"/>
          </w:tcPr>
          <w:p>
            <w:pPr>
              <w:spacing w:after="0" w:line="276" w:lineRule="auto"/>
            </w:pPr>
            <w:r>
              <w:rPr>
                <w:rFonts w:ascii="Calibri" w:hAnsi="Calibri"/>
                <w:b w:val="0"/>
                <w:color w:val="6B7D91"/>
                <w:sz w:val="22"/>
              </w:rPr>
              <w:t>[Nom + téléphone + consigne simple]</w:t>
            </w:r>
          </w:p>
        </w:tc>
      </w:tr>
    </w:tbl>
    <w:p>
      <w:pPr>
        <w:spacing w:after="40"/>
      </w:pPr>
    </w:p>
    <w:p>
      <w:pPr>
        <w:spacing w:before="0" w:after="120" w:line="300" w:lineRule="auto"/>
      </w:pPr>
      <w:r>
        <w:rPr>
          <w:rFonts w:ascii="Calibri" w:hAnsi="Calibri"/>
          <w:i/>
          <w:color w:val="6B7D91"/>
          <w:sz w:val="22"/>
        </w:rPr>
        <w:t>Checklist avant le séjour :</w:t>
      </w:r>
    </w:p>
    <w:p>
      <w:pPr>
        <w:spacing w:before="0" w:after="80" w:line="300" w:lineRule="auto"/>
        <w:numPr>
          <w:ilvl w:val="0"/>
          <w:numId w:val="10"/>
        </w:numPr>
      </w:pPr>
      <w:r>
        <w:rPr>
          <w:rFonts w:ascii="Calibri" w:hAnsi="Calibri"/>
          <w:color w:val="17324D"/>
          <w:sz w:val="22"/>
        </w:rPr>
        <w:t>Tester le code, la boîte à clés ou la serrure avant l’arrivée.</w:t>
      </w:r>
    </w:p>
    <w:p>
      <w:pPr>
        <w:spacing w:before="0" w:after="80" w:line="300" w:lineRule="auto"/>
        <w:numPr>
          <w:ilvl w:val="0"/>
          <w:numId w:val="10"/>
        </w:numPr>
      </w:pPr>
      <w:r>
        <w:rPr>
          <w:rFonts w:ascii="Calibri" w:hAnsi="Calibri"/>
          <w:color w:val="17324D"/>
          <w:sz w:val="22"/>
        </w:rPr>
        <w:t>Ajouter une photo du portail ou de l’entrée si le lieu est difficile à repérer.</w:t>
      </w:r>
    </w:p>
    <w:p>
      <w:pPr>
        <w:spacing w:before="0" w:after="80" w:line="300" w:lineRule="auto"/>
        <w:numPr>
          <w:ilvl w:val="0"/>
          <w:numId w:val="10"/>
        </w:numPr>
      </w:pPr>
      <w:r>
        <w:rPr>
          <w:rFonts w:ascii="Calibri" w:hAnsi="Calibri"/>
          <w:color w:val="17324D"/>
          <w:sz w:val="22"/>
        </w:rPr>
        <w:t>Préciser ce que le voyageur doit faire s’il arrive plus tard que prévu.</w:t>
      </w:r>
    </w:p>
    <w:p>
      <w:r>
        <w:br w:type="page"/>
      </w:r>
    </w:p>
    <w:p>
      <w:pPr>
        <w:pStyle w:val="Heading1"/>
        <w:keepNext/>
      </w:pPr>
      <w:r>
        <w:rPr>
          <w:rFonts w:ascii="Calibri" w:hAnsi="Calibri"/>
          <w:b/>
          <w:color w:val="5194E6"/>
          <w:sz w:val="32"/>
        </w:rPr>
        <w:t>4. Wi-Fi, codes et contacts</w:t>
      </w:r>
    </w:p>
    <w:tbl>
      <w:tblPr>
        <w:tblW w:type="dxa" w:w="9360"/>
        <w:tblLayout w:type="fixed"/>
        <w:tblLook w:firstColumn="1" w:firstRow="1" w:lastColumn="0" w:lastRow="0" w:noHBand="0" w:noVBand="1" w:val="04A0"/>
        <w:jc w:val="left"/>
        <w:tblInd w:w="120" w:type="dxa"/>
        <w:tblBorders>
          <w:top w:val="single" w:sz="8" w:space="0" w:color="DCE8F5"/>
          <w:left w:val="single" w:sz="8" w:space="0" w:color="DCE8F5"/>
          <w:bottom w:val="single" w:sz="8" w:space="0" w:color="DCE8F5"/>
          <w:right w:val="single" w:sz="8" w:space="0" w:color="DCE8F5"/>
          <w:insideH w:val="single" w:sz="8" w:space="0" w:color="DCE8F5"/>
          <w:insideV w:val="single" w:sz="8" w:space="0" w:color="DCE8F5"/>
        </w:tblBorders>
      </w:tblPr>
      <w:tblGrid>
        <w:gridCol w:w="2700"/>
        <w:gridCol w:w="6660"/>
      </w:tblGrid>
      <w:tr>
        <w:trPr>
          <w:tblHeader w:val="true"/>
        </w:trPr>
        <w:tc>
          <w:tcPr>
            <w:tcW w:type="dxa" w:w="2700"/>
            <w:tcMar>
              <w:top w:w="100" w:type="dxa"/>
              <w:start w:w="120" w:type="dxa"/>
              <w:bottom w:w="100" w:type="dxa"/>
              <w:end w:w="120" w:type="dxa"/>
            </w:tcMar>
            <w:vAlign w:val="center"/>
            <w:shd w:fill="EDF5FF"/>
          </w:tcPr>
          <w:p>
            <w:pPr>
              <w:spacing w:after="0"/>
            </w:pPr>
            <w:r>
              <w:rPr>
                <w:rFonts w:ascii="Calibri" w:hAnsi="Calibri"/>
                <w:b/>
                <w:color w:val="5194E6"/>
                <w:sz w:val="21"/>
              </w:rPr>
              <w:t>Information</w:t>
            </w:r>
          </w:p>
        </w:tc>
        <w:tc>
          <w:tcPr>
            <w:tcW w:type="dxa" w:w="6660"/>
            <w:tcMar>
              <w:top w:w="100" w:type="dxa"/>
              <w:start w:w="120" w:type="dxa"/>
              <w:bottom w:w="100" w:type="dxa"/>
              <w:end w:w="120" w:type="dxa"/>
            </w:tcMar>
            <w:vAlign w:val="center"/>
            <w:shd w:fill="EDF5FF"/>
          </w:tcPr>
          <w:p>
            <w:pPr>
              <w:spacing w:after="0"/>
            </w:pPr>
            <w:r>
              <w:rPr>
                <w:rFonts w:ascii="Calibri" w:hAnsi="Calibri"/>
                <w:b/>
                <w:color w:val="5194E6"/>
                <w:sz w:val="21"/>
              </w:rPr>
              <w:t>Détail à compléter</w:t>
            </w:r>
          </w:p>
        </w:tc>
      </w:tr>
      <w:tr>
        <w:tc>
          <w:tcPr>
            <w:tcW w:type="dxa" w:w="2700"/>
            <w:tcMar>
              <w:top w:w="100" w:type="dxa"/>
              <w:start w:w="120" w:type="dxa"/>
              <w:bottom w:w="100" w:type="dxa"/>
              <w:end w:w="120" w:type="dxa"/>
            </w:tcMar>
            <w:vAlign w:val="center"/>
          </w:tcPr>
          <w:p>
            <w:pPr>
              <w:spacing w:after="0" w:line="276" w:lineRule="auto"/>
            </w:pPr>
            <w:r>
              <w:rPr>
                <w:rFonts w:ascii="Calibri" w:hAnsi="Calibri"/>
                <w:b/>
                <w:color w:val="17324D"/>
                <w:sz w:val="22"/>
              </w:rPr>
              <w:t>Nom du réseau Wi-Fi</w:t>
            </w:r>
          </w:p>
        </w:tc>
        <w:tc>
          <w:tcPr>
            <w:tcW w:type="dxa" w:w="6660"/>
            <w:tcMar>
              <w:top w:w="100" w:type="dxa"/>
              <w:start w:w="120" w:type="dxa"/>
              <w:bottom w:w="100" w:type="dxa"/>
              <w:end w:w="120" w:type="dxa"/>
            </w:tcMar>
            <w:vAlign w:val="center"/>
          </w:tcPr>
          <w:p>
            <w:pPr>
              <w:spacing w:after="0" w:line="276" w:lineRule="auto"/>
            </w:pPr>
            <w:r>
              <w:rPr>
                <w:rFonts w:ascii="Calibri" w:hAnsi="Calibri"/>
                <w:b w:val="0"/>
                <w:color w:val="6B7D91"/>
                <w:sz w:val="22"/>
              </w:rPr>
              <w:t>[SSID du réseau]</w:t>
            </w:r>
          </w:p>
        </w:tc>
      </w:tr>
      <w:tr>
        <w:tc>
          <w:tcPr>
            <w:tcW w:type="dxa" w:w="2700"/>
            <w:tcMar>
              <w:top w:w="100" w:type="dxa"/>
              <w:start w:w="120" w:type="dxa"/>
              <w:bottom w:w="100" w:type="dxa"/>
              <w:end w:w="120" w:type="dxa"/>
            </w:tcMar>
            <w:vAlign w:val="center"/>
          </w:tcPr>
          <w:p>
            <w:pPr>
              <w:spacing w:after="0" w:line="276" w:lineRule="auto"/>
            </w:pPr>
            <w:r>
              <w:rPr>
                <w:rFonts w:ascii="Calibri" w:hAnsi="Calibri"/>
                <w:b/>
                <w:color w:val="17324D"/>
                <w:sz w:val="22"/>
              </w:rPr>
              <w:t>Mot de passe Wi-Fi</w:t>
            </w:r>
          </w:p>
        </w:tc>
        <w:tc>
          <w:tcPr>
            <w:tcW w:type="dxa" w:w="6660"/>
            <w:tcMar>
              <w:top w:w="100" w:type="dxa"/>
              <w:start w:w="120" w:type="dxa"/>
              <w:bottom w:w="100" w:type="dxa"/>
              <w:end w:w="120" w:type="dxa"/>
            </w:tcMar>
            <w:vAlign w:val="center"/>
          </w:tcPr>
          <w:p>
            <w:pPr>
              <w:spacing w:after="0" w:line="276" w:lineRule="auto"/>
            </w:pPr>
            <w:r>
              <w:rPr>
                <w:rFonts w:ascii="Calibri" w:hAnsi="Calibri"/>
                <w:b w:val="0"/>
                <w:color w:val="6B7D91"/>
                <w:sz w:val="22"/>
              </w:rPr>
              <w:t>[Mot de passe exact, sensible aux majuscules]</w:t>
            </w:r>
          </w:p>
        </w:tc>
      </w:tr>
      <w:tr>
        <w:tc>
          <w:tcPr>
            <w:tcW w:type="dxa" w:w="2700"/>
            <w:tcMar>
              <w:top w:w="100" w:type="dxa"/>
              <w:start w:w="120" w:type="dxa"/>
              <w:bottom w:w="100" w:type="dxa"/>
              <w:end w:w="120" w:type="dxa"/>
            </w:tcMar>
            <w:vAlign w:val="center"/>
          </w:tcPr>
          <w:p>
            <w:pPr>
              <w:spacing w:after="0" w:line="276" w:lineRule="auto"/>
            </w:pPr>
            <w:r>
              <w:rPr>
                <w:rFonts w:ascii="Calibri" w:hAnsi="Calibri"/>
                <w:b/>
                <w:color w:val="17324D"/>
                <w:sz w:val="22"/>
              </w:rPr>
              <w:t>Portail / immeuble</w:t>
            </w:r>
          </w:p>
        </w:tc>
        <w:tc>
          <w:tcPr>
            <w:tcW w:type="dxa" w:w="6660"/>
            <w:tcMar>
              <w:top w:w="100" w:type="dxa"/>
              <w:start w:w="120" w:type="dxa"/>
              <w:bottom w:w="100" w:type="dxa"/>
              <w:end w:w="120" w:type="dxa"/>
            </w:tcMar>
            <w:vAlign w:val="center"/>
          </w:tcPr>
          <w:p>
            <w:pPr>
              <w:spacing w:after="0" w:line="276" w:lineRule="auto"/>
            </w:pPr>
            <w:r>
              <w:rPr>
                <w:rFonts w:ascii="Calibri" w:hAnsi="Calibri"/>
                <w:b w:val="0"/>
                <w:color w:val="6B7D91"/>
                <w:sz w:val="22"/>
              </w:rPr>
              <w:t>[Code ou instruction]</w:t>
            </w:r>
          </w:p>
        </w:tc>
      </w:tr>
      <w:tr>
        <w:tc>
          <w:tcPr>
            <w:tcW w:type="dxa" w:w="2700"/>
            <w:tcMar>
              <w:top w:w="100" w:type="dxa"/>
              <w:start w:w="120" w:type="dxa"/>
              <w:bottom w:w="100" w:type="dxa"/>
              <w:end w:w="120" w:type="dxa"/>
            </w:tcMar>
            <w:vAlign w:val="center"/>
          </w:tcPr>
          <w:p>
            <w:pPr>
              <w:spacing w:after="0" w:line="276" w:lineRule="auto"/>
            </w:pPr>
            <w:r>
              <w:rPr>
                <w:rFonts w:ascii="Calibri" w:hAnsi="Calibri"/>
                <w:b/>
                <w:color w:val="17324D"/>
                <w:sz w:val="22"/>
              </w:rPr>
              <w:t>Interphone</w:t>
            </w:r>
          </w:p>
        </w:tc>
        <w:tc>
          <w:tcPr>
            <w:tcW w:type="dxa" w:w="6660"/>
            <w:tcMar>
              <w:top w:w="100" w:type="dxa"/>
              <w:start w:w="120" w:type="dxa"/>
              <w:bottom w:w="100" w:type="dxa"/>
              <w:end w:w="120" w:type="dxa"/>
            </w:tcMar>
            <w:vAlign w:val="center"/>
          </w:tcPr>
          <w:p>
            <w:pPr>
              <w:spacing w:after="0" w:line="276" w:lineRule="auto"/>
            </w:pPr>
            <w:r>
              <w:rPr>
                <w:rFonts w:ascii="Calibri" w:hAnsi="Calibri"/>
                <w:b w:val="0"/>
                <w:color w:val="6B7D91"/>
                <w:sz w:val="22"/>
              </w:rPr>
              <w:t>[Nom affiché ou numéro d’appartement]</w:t>
            </w:r>
          </w:p>
        </w:tc>
      </w:tr>
      <w:tr>
        <w:tc>
          <w:tcPr>
            <w:tcW w:type="dxa" w:w="2700"/>
            <w:tcMar>
              <w:top w:w="100" w:type="dxa"/>
              <w:start w:w="120" w:type="dxa"/>
              <w:bottom w:w="100" w:type="dxa"/>
              <w:end w:w="120" w:type="dxa"/>
            </w:tcMar>
            <w:vAlign w:val="center"/>
          </w:tcPr>
          <w:p>
            <w:pPr>
              <w:spacing w:after="0" w:line="276" w:lineRule="auto"/>
            </w:pPr>
            <w:r>
              <w:rPr>
                <w:rFonts w:ascii="Calibri" w:hAnsi="Calibri"/>
                <w:b/>
                <w:color w:val="17324D"/>
                <w:sz w:val="22"/>
              </w:rPr>
              <w:t>Assistance</w:t>
            </w:r>
          </w:p>
        </w:tc>
        <w:tc>
          <w:tcPr>
            <w:tcW w:type="dxa" w:w="6660"/>
            <w:tcMar>
              <w:top w:w="100" w:type="dxa"/>
              <w:start w:w="120" w:type="dxa"/>
              <w:bottom w:w="100" w:type="dxa"/>
              <w:end w:w="120" w:type="dxa"/>
            </w:tcMar>
            <w:vAlign w:val="center"/>
          </w:tcPr>
          <w:p>
            <w:pPr>
              <w:spacing w:after="0" w:line="276" w:lineRule="auto"/>
            </w:pPr>
            <w:r>
              <w:rPr>
                <w:rFonts w:ascii="Calibri" w:hAnsi="Calibri"/>
                <w:b w:val="0"/>
                <w:color w:val="6B7D91"/>
                <w:sz w:val="22"/>
              </w:rPr>
              <w:t>[Contact si la connexion ou l’accès ne fonctionne pas]</w:t>
            </w:r>
          </w:p>
        </w:tc>
      </w:tr>
    </w:tbl>
    <w:p>
      <w:pPr>
        <w:spacing w:after="40"/>
      </w:pPr>
    </w:p>
    <w:p>
      <w:pPr>
        <w:keepLines/>
        <w:spacing w:before="80" w:after="160" w:line="288" w:lineRule="auto"/>
        <w:ind w:left="115" w:right="115"/>
        <w:shd w:fill="FFF4E8"/>
        <w:pBdr>
          <w:top w:val="single" w:sz="8" w:space="8" w:color="FFF4E8"/>
          <w:left w:val="single" w:sz="8" w:space="8" w:color="FFF4E8"/>
          <w:bottom w:val="single" w:sz="8" w:space="8" w:color="FFF4E8"/>
          <w:right w:val="single" w:sz="8" w:space="8" w:color="FFF4E8"/>
        </w:pBdr>
      </w:pPr>
      <w:r>
        <w:rPr>
          <w:rFonts w:ascii="Calibri" w:hAnsi="Calibri"/>
          <w:b/>
          <w:color w:val="17324D"/>
          <w:sz w:val="22"/>
        </w:rPr>
        <w:t>Sécurité</w:t>
      </w:r>
      <w:r>
        <w:rPr>
          <w:rFonts w:ascii="Calibri" w:hAnsi="Calibri"/>
          <w:color w:val="17324D"/>
          <w:sz w:val="22"/>
        </w:rPr>
        <w:br/>
        <w:t>Ne publiez pas un code permanent dans un document diffusé publiquement. Partagez les informations sensibles uniquement avec les voyageurs concernés et mettez-les à jour dès qu’elles changent.</w:t>
      </w:r>
    </w:p>
    <w:p>
      <w:pPr>
        <w:pStyle w:val="Heading1"/>
        <w:keepNext/>
      </w:pPr>
      <w:r>
        <w:rPr>
          <w:rFonts w:ascii="Calibri" w:hAnsi="Calibri"/>
          <w:b/>
          <w:color w:val="5194E6"/>
          <w:sz w:val="32"/>
        </w:rPr>
        <w:t>5. Équipements du logement</w:t>
      </w:r>
    </w:p>
    <w:p>
      <w:pPr>
        <w:spacing w:before="0" w:after="120" w:line="300" w:lineRule="auto"/>
      </w:pPr>
      <w:r>
        <w:rPr>
          <w:rFonts w:ascii="Calibri" w:hAnsi="Calibri"/>
          <w:i w:val="0"/>
          <w:color w:val="17324D"/>
          <w:sz w:val="22"/>
        </w:rPr>
        <w:t>Ne documentez pas tout : commencez par les équipements qui génèrent réellement des questions.</w:t>
      </w:r>
    </w:p>
    <w:tbl>
      <w:tblPr>
        <w:tblW w:type="dxa" w:w="9360"/>
        <w:tblLayout w:type="fixed"/>
        <w:tblLook w:firstColumn="1" w:firstRow="1" w:lastColumn="0" w:lastRow="0" w:noHBand="0" w:noVBand="1" w:val="04A0"/>
        <w:jc w:val="left"/>
        <w:tblInd w:w="120" w:type="dxa"/>
        <w:tblBorders>
          <w:top w:val="single" w:sz="8" w:space="0" w:color="DCE8F5"/>
          <w:left w:val="single" w:sz="8" w:space="0" w:color="DCE8F5"/>
          <w:bottom w:val="single" w:sz="8" w:space="0" w:color="DCE8F5"/>
          <w:right w:val="single" w:sz="8" w:space="0" w:color="DCE8F5"/>
          <w:insideH w:val="single" w:sz="8" w:space="0" w:color="DCE8F5"/>
          <w:insideV w:val="single" w:sz="8" w:space="0" w:color="DCE8F5"/>
        </w:tblBorders>
      </w:tblPr>
      <w:tblGrid>
        <w:gridCol w:w="2700"/>
        <w:gridCol w:w="6660"/>
      </w:tblGrid>
      <w:tr>
        <w:trPr>
          <w:tblHeader w:val="true"/>
        </w:trPr>
        <w:tc>
          <w:tcPr>
            <w:tcW w:type="dxa" w:w="2700"/>
            <w:tcMar>
              <w:top w:w="100" w:type="dxa"/>
              <w:start w:w="120" w:type="dxa"/>
              <w:bottom w:w="100" w:type="dxa"/>
              <w:end w:w="120" w:type="dxa"/>
            </w:tcMar>
            <w:vAlign w:val="center"/>
            <w:shd w:fill="EDF5FF"/>
          </w:tcPr>
          <w:p>
            <w:pPr>
              <w:spacing w:after="0"/>
            </w:pPr>
            <w:r>
              <w:rPr>
                <w:rFonts w:ascii="Calibri" w:hAnsi="Calibri"/>
                <w:b/>
                <w:color w:val="5194E6"/>
                <w:sz w:val="21"/>
              </w:rPr>
              <w:t>Équipement</w:t>
            </w:r>
          </w:p>
        </w:tc>
        <w:tc>
          <w:tcPr>
            <w:tcW w:type="dxa" w:w="6660"/>
            <w:tcMar>
              <w:top w:w="100" w:type="dxa"/>
              <w:start w:w="120" w:type="dxa"/>
              <w:bottom w:w="100" w:type="dxa"/>
              <w:end w:w="120" w:type="dxa"/>
            </w:tcMar>
            <w:vAlign w:val="center"/>
            <w:shd w:fill="EDF5FF"/>
          </w:tcPr>
          <w:p>
            <w:pPr>
              <w:spacing w:after="0"/>
            </w:pPr>
            <w:r>
              <w:rPr>
                <w:rFonts w:ascii="Calibri" w:hAnsi="Calibri"/>
                <w:b/>
                <w:color w:val="5194E6"/>
                <w:sz w:val="21"/>
              </w:rPr>
              <w:t>Mode d’emploi court</w:t>
            </w:r>
          </w:p>
        </w:tc>
      </w:tr>
      <w:tr>
        <w:tc>
          <w:tcPr>
            <w:tcW w:type="dxa" w:w="2700"/>
            <w:tcMar>
              <w:top w:w="100" w:type="dxa"/>
              <w:start w:w="120" w:type="dxa"/>
              <w:bottom w:w="100" w:type="dxa"/>
              <w:end w:w="120" w:type="dxa"/>
            </w:tcMar>
            <w:vAlign w:val="center"/>
          </w:tcPr>
          <w:p>
            <w:pPr>
              <w:spacing w:after="0" w:line="276" w:lineRule="auto"/>
            </w:pPr>
            <w:r>
              <w:rPr>
                <w:rFonts w:ascii="Calibri" w:hAnsi="Calibri"/>
                <w:b/>
                <w:color w:val="17324D"/>
                <w:sz w:val="22"/>
              </w:rPr>
              <w:t>Chauffage / climatisation</w:t>
            </w:r>
          </w:p>
        </w:tc>
        <w:tc>
          <w:tcPr>
            <w:tcW w:type="dxa" w:w="6660"/>
            <w:tcMar>
              <w:top w:w="100" w:type="dxa"/>
              <w:start w:w="120" w:type="dxa"/>
              <w:bottom w:w="100" w:type="dxa"/>
              <w:end w:w="120" w:type="dxa"/>
            </w:tcMar>
            <w:vAlign w:val="center"/>
          </w:tcPr>
          <w:p>
            <w:pPr>
              <w:spacing w:after="0" w:line="276" w:lineRule="auto"/>
            </w:pPr>
            <w:r>
              <w:rPr>
                <w:rFonts w:ascii="Calibri" w:hAnsi="Calibri"/>
                <w:b w:val="0"/>
                <w:color w:val="6B7D91"/>
                <w:sz w:val="22"/>
              </w:rPr>
              <w:t>[Mise en marche, température recommandée, arrêt]</w:t>
            </w:r>
          </w:p>
        </w:tc>
      </w:tr>
      <w:tr>
        <w:tc>
          <w:tcPr>
            <w:tcW w:type="dxa" w:w="2700"/>
            <w:tcMar>
              <w:top w:w="100" w:type="dxa"/>
              <w:start w:w="120" w:type="dxa"/>
              <w:bottom w:w="100" w:type="dxa"/>
              <w:end w:w="120" w:type="dxa"/>
            </w:tcMar>
            <w:vAlign w:val="center"/>
          </w:tcPr>
          <w:p>
            <w:pPr>
              <w:spacing w:after="0" w:line="276" w:lineRule="auto"/>
            </w:pPr>
            <w:r>
              <w:rPr>
                <w:rFonts w:ascii="Calibri" w:hAnsi="Calibri"/>
                <w:b/>
                <w:color w:val="17324D"/>
                <w:sz w:val="22"/>
              </w:rPr>
              <w:t>Télévision</w:t>
            </w:r>
          </w:p>
        </w:tc>
        <w:tc>
          <w:tcPr>
            <w:tcW w:type="dxa" w:w="6660"/>
            <w:tcMar>
              <w:top w:w="100" w:type="dxa"/>
              <w:start w:w="120" w:type="dxa"/>
              <w:bottom w:w="100" w:type="dxa"/>
              <w:end w:w="120" w:type="dxa"/>
            </w:tcMar>
            <w:vAlign w:val="center"/>
          </w:tcPr>
          <w:p>
            <w:pPr>
              <w:spacing w:after="0" w:line="276" w:lineRule="auto"/>
            </w:pPr>
            <w:r>
              <w:rPr>
                <w:rFonts w:ascii="Calibri" w:hAnsi="Calibri"/>
                <w:b w:val="0"/>
                <w:color w:val="6B7D91"/>
                <w:sz w:val="22"/>
              </w:rPr>
              <w:t>[Télécommande, source HDMI, applications]</w:t>
            </w:r>
          </w:p>
        </w:tc>
      </w:tr>
      <w:tr>
        <w:tc>
          <w:tcPr>
            <w:tcW w:type="dxa" w:w="2700"/>
            <w:tcMar>
              <w:top w:w="100" w:type="dxa"/>
              <w:start w:w="120" w:type="dxa"/>
              <w:bottom w:w="100" w:type="dxa"/>
              <w:end w:w="120" w:type="dxa"/>
            </w:tcMar>
            <w:vAlign w:val="center"/>
          </w:tcPr>
          <w:p>
            <w:pPr>
              <w:spacing w:after="0" w:line="276" w:lineRule="auto"/>
            </w:pPr>
            <w:r>
              <w:rPr>
                <w:rFonts w:ascii="Calibri" w:hAnsi="Calibri"/>
                <w:b/>
                <w:color w:val="17324D"/>
                <w:sz w:val="22"/>
              </w:rPr>
              <w:t>Machine à café</w:t>
            </w:r>
          </w:p>
        </w:tc>
        <w:tc>
          <w:tcPr>
            <w:tcW w:type="dxa" w:w="6660"/>
            <w:tcMar>
              <w:top w:w="100" w:type="dxa"/>
              <w:start w:w="120" w:type="dxa"/>
              <w:bottom w:w="100" w:type="dxa"/>
              <w:end w:w="120" w:type="dxa"/>
            </w:tcMar>
            <w:vAlign w:val="center"/>
          </w:tcPr>
          <w:p>
            <w:pPr>
              <w:spacing w:after="0" w:line="276" w:lineRule="auto"/>
            </w:pPr>
            <w:r>
              <w:rPr>
                <w:rFonts w:ascii="Calibri" w:hAnsi="Calibri"/>
                <w:b w:val="0"/>
                <w:color w:val="6B7D91"/>
                <w:sz w:val="22"/>
              </w:rPr>
              <w:t>[Type de capsules, remplissage, nettoyage]</w:t>
            </w:r>
          </w:p>
        </w:tc>
      </w:tr>
      <w:tr>
        <w:tc>
          <w:tcPr>
            <w:tcW w:type="dxa" w:w="2700"/>
            <w:tcMar>
              <w:top w:w="100" w:type="dxa"/>
              <w:start w:w="120" w:type="dxa"/>
              <w:bottom w:w="100" w:type="dxa"/>
              <w:end w:w="120" w:type="dxa"/>
            </w:tcMar>
            <w:vAlign w:val="center"/>
          </w:tcPr>
          <w:p>
            <w:pPr>
              <w:spacing w:after="0" w:line="276" w:lineRule="auto"/>
            </w:pPr>
            <w:r>
              <w:rPr>
                <w:rFonts w:ascii="Calibri" w:hAnsi="Calibri"/>
                <w:b/>
                <w:color w:val="17324D"/>
                <w:sz w:val="22"/>
              </w:rPr>
              <w:t>Lave-linge</w:t>
            </w:r>
          </w:p>
        </w:tc>
        <w:tc>
          <w:tcPr>
            <w:tcW w:type="dxa" w:w="6660"/>
            <w:tcMar>
              <w:top w:w="100" w:type="dxa"/>
              <w:start w:w="120" w:type="dxa"/>
              <w:bottom w:w="100" w:type="dxa"/>
              <w:end w:w="120" w:type="dxa"/>
            </w:tcMar>
            <w:vAlign w:val="center"/>
          </w:tcPr>
          <w:p>
            <w:pPr>
              <w:spacing w:after="0" w:line="276" w:lineRule="auto"/>
            </w:pPr>
            <w:r>
              <w:rPr>
                <w:rFonts w:ascii="Calibri" w:hAnsi="Calibri"/>
                <w:b w:val="0"/>
                <w:color w:val="6B7D91"/>
                <w:sz w:val="22"/>
              </w:rPr>
              <w:t>[Programme conseillé, lessive, étendage]</w:t>
            </w:r>
          </w:p>
        </w:tc>
      </w:tr>
      <w:tr>
        <w:tc>
          <w:tcPr>
            <w:tcW w:type="dxa" w:w="2700"/>
            <w:tcMar>
              <w:top w:w="100" w:type="dxa"/>
              <w:start w:w="120" w:type="dxa"/>
              <w:bottom w:w="100" w:type="dxa"/>
              <w:end w:w="120" w:type="dxa"/>
            </w:tcMar>
            <w:vAlign w:val="center"/>
          </w:tcPr>
          <w:p>
            <w:pPr>
              <w:spacing w:after="0" w:line="276" w:lineRule="auto"/>
            </w:pPr>
            <w:r>
              <w:rPr>
                <w:rFonts w:ascii="Calibri" w:hAnsi="Calibri"/>
                <w:b/>
                <w:color w:val="17324D"/>
                <w:sz w:val="22"/>
              </w:rPr>
              <w:t>Tri des déchets</w:t>
            </w:r>
          </w:p>
        </w:tc>
        <w:tc>
          <w:tcPr>
            <w:tcW w:type="dxa" w:w="6660"/>
            <w:tcMar>
              <w:top w:w="100" w:type="dxa"/>
              <w:start w:w="120" w:type="dxa"/>
              <w:bottom w:w="100" w:type="dxa"/>
              <w:end w:w="120" w:type="dxa"/>
            </w:tcMar>
            <w:vAlign w:val="center"/>
          </w:tcPr>
          <w:p>
            <w:pPr>
              <w:spacing w:after="0" w:line="276" w:lineRule="auto"/>
            </w:pPr>
            <w:r>
              <w:rPr>
                <w:rFonts w:ascii="Calibri" w:hAnsi="Calibri"/>
                <w:b w:val="0"/>
                <w:color w:val="6B7D91"/>
                <w:sz w:val="22"/>
              </w:rPr>
              <w:t>[Bacs, jours, local poubelles]</w:t>
            </w:r>
          </w:p>
        </w:tc>
      </w:tr>
      <w:tr>
        <w:tc>
          <w:tcPr>
            <w:tcW w:type="dxa" w:w="2700"/>
            <w:tcMar>
              <w:top w:w="100" w:type="dxa"/>
              <w:start w:w="120" w:type="dxa"/>
              <w:bottom w:w="100" w:type="dxa"/>
              <w:end w:w="120" w:type="dxa"/>
            </w:tcMar>
            <w:vAlign w:val="center"/>
          </w:tcPr>
          <w:p>
            <w:pPr>
              <w:spacing w:after="0" w:line="276" w:lineRule="auto"/>
            </w:pPr>
            <w:r>
              <w:rPr>
                <w:rFonts w:ascii="Calibri" w:hAnsi="Calibri"/>
                <w:b/>
                <w:color w:val="17324D"/>
                <w:sz w:val="22"/>
              </w:rPr>
              <w:t>Autre équipement</w:t>
            </w:r>
          </w:p>
        </w:tc>
        <w:tc>
          <w:tcPr>
            <w:tcW w:type="dxa" w:w="6660"/>
            <w:tcMar>
              <w:top w:w="100" w:type="dxa"/>
              <w:start w:w="120" w:type="dxa"/>
              <w:bottom w:w="100" w:type="dxa"/>
              <w:end w:w="120" w:type="dxa"/>
            </w:tcMar>
            <w:vAlign w:val="center"/>
          </w:tcPr>
          <w:p>
            <w:pPr>
              <w:spacing w:after="0" w:line="276" w:lineRule="auto"/>
            </w:pPr>
            <w:r>
              <w:rPr>
                <w:rFonts w:ascii="Calibri" w:hAnsi="Calibri"/>
                <w:b w:val="0"/>
                <w:color w:val="6B7D91"/>
                <w:sz w:val="22"/>
              </w:rPr>
              <w:t>[Nom + 3 étapes maximum + précaution]</w:t>
            </w:r>
          </w:p>
        </w:tc>
      </w:tr>
    </w:tbl>
    <w:p>
      <w:pPr>
        <w:spacing w:after="40"/>
      </w:pPr>
    </w:p>
    <w:p>
      <w:r>
        <w:br w:type="page"/>
      </w:r>
    </w:p>
    <w:p>
      <w:pPr>
        <w:pStyle w:val="Heading1"/>
        <w:keepNext/>
      </w:pPr>
      <w:r>
        <w:rPr>
          <w:rFonts w:ascii="Calibri" w:hAnsi="Calibri"/>
          <w:b/>
          <w:color w:val="5194E6"/>
          <w:sz w:val="32"/>
        </w:rPr>
        <w:t>6. Règles de la maison</w:t>
      </w:r>
    </w:p>
    <w:p>
      <w:pPr>
        <w:spacing w:before="0" w:after="120" w:line="300" w:lineRule="auto"/>
      </w:pPr>
      <w:r>
        <w:rPr>
          <w:rFonts w:ascii="Calibri" w:hAnsi="Calibri"/>
          <w:i w:val="0"/>
          <w:color w:val="17324D"/>
          <w:sz w:val="22"/>
        </w:rPr>
        <w:t>Formulez des règles vérifiables et simples. Exemple :</w:t>
      </w:r>
    </w:p>
    <w:p>
      <w:pPr>
        <w:spacing w:before="0" w:after="80" w:line="300" w:lineRule="auto"/>
        <w:numPr>
          <w:ilvl w:val="0"/>
          <w:numId w:val="10"/>
        </w:numPr>
      </w:pPr>
      <w:r>
        <w:rPr>
          <w:rFonts w:ascii="Calibri" w:hAnsi="Calibri"/>
          <w:color w:val="17324D"/>
          <w:sz w:val="22"/>
        </w:rPr>
        <w:t>Merci de respecter le calme entre [heure] et [heure].</w:t>
      </w:r>
    </w:p>
    <w:p>
      <w:pPr>
        <w:spacing w:before="0" w:after="80" w:line="300" w:lineRule="auto"/>
        <w:numPr>
          <w:ilvl w:val="0"/>
          <w:numId w:val="10"/>
        </w:numPr>
      </w:pPr>
      <w:r>
        <w:rPr>
          <w:rFonts w:ascii="Calibri" w:hAnsi="Calibri"/>
          <w:color w:val="17324D"/>
          <w:sz w:val="22"/>
        </w:rPr>
        <w:t>Le logement est non-fumeur. Utilisez [l’espace extérieur autorisé] si nécessaire.</w:t>
      </w:r>
    </w:p>
    <w:p>
      <w:pPr>
        <w:spacing w:before="0" w:after="80" w:line="300" w:lineRule="auto"/>
        <w:numPr>
          <w:ilvl w:val="0"/>
          <w:numId w:val="10"/>
        </w:numPr>
      </w:pPr>
      <w:r>
        <w:rPr>
          <w:rFonts w:ascii="Calibri" w:hAnsi="Calibri"/>
          <w:color w:val="17324D"/>
          <w:sz w:val="22"/>
        </w:rPr>
        <w:t>Les fêtes et événements ne sont pas autorisés.</w:t>
      </w:r>
    </w:p>
    <w:p>
      <w:pPr>
        <w:spacing w:before="0" w:after="80" w:line="300" w:lineRule="auto"/>
        <w:numPr>
          <w:ilvl w:val="0"/>
          <w:numId w:val="10"/>
        </w:numPr>
      </w:pPr>
      <w:r>
        <w:rPr>
          <w:rFonts w:ascii="Calibri" w:hAnsi="Calibri"/>
          <w:color w:val="17324D"/>
          <w:sz w:val="22"/>
        </w:rPr>
        <w:t>Les animaux sont [autorisés / non autorisés] selon les conditions précisées lors de la réservation.</w:t>
      </w:r>
    </w:p>
    <w:p>
      <w:pPr>
        <w:spacing w:before="0" w:after="80" w:line="300" w:lineRule="auto"/>
        <w:numPr>
          <w:ilvl w:val="0"/>
          <w:numId w:val="10"/>
        </w:numPr>
      </w:pPr>
      <w:r>
        <w:rPr>
          <w:rFonts w:ascii="Calibri" w:hAnsi="Calibri"/>
          <w:color w:val="17324D"/>
          <w:sz w:val="22"/>
        </w:rPr>
        <w:t>Signalez rapidement toute casse ou anomalie afin que nous puissions vous aider.</w:t>
      </w:r>
    </w:p>
    <w:p>
      <w:pPr>
        <w:pStyle w:val="Heading1"/>
        <w:keepNext/>
      </w:pPr>
      <w:r>
        <w:rPr>
          <w:rFonts w:ascii="Calibri" w:hAnsi="Calibri"/>
          <w:b/>
          <w:color w:val="5194E6"/>
          <w:sz w:val="32"/>
        </w:rPr>
        <w:t>7. Bonnes adresses autour du logement</w:t>
      </w:r>
    </w:p>
    <w:tbl>
      <w:tblPr>
        <w:tblW w:type="dxa" w:w="9360"/>
        <w:tblLayout w:type="fixed"/>
        <w:tblLook w:firstColumn="1" w:firstRow="1" w:lastColumn="0" w:lastRow="0" w:noHBand="0" w:noVBand="1" w:val="04A0"/>
        <w:jc w:val="left"/>
        <w:tblInd w:w="120" w:type="dxa"/>
        <w:tblBorders>
          <w:top w:val="single" w:sz="8" w:space="0" w:color="DCE8F5"/>
          <w:left w:val="single" w:sz="8" w:space="0" w:color="DCE8F5"/>
          <w:bottom w:val="single" w:sz="8" w:space="0" w:color="DCE8F5"/>
          <w:right w:val="single" w:sz="8" w:space="0" w:color="DCE8F5"/>
          <w:insideH w:val="single" w:sz="8" w:space="0" w:color="DCE8F5"/>
          <w:insideV w:val="single" w:sz="8" w:space="0" w:color="DCE8F5"/>
        </w:tblBorders>
      </w:tblPr>
      <w:tblGrid>
        <w:gridCol w:w="2700"/>
        <w:gridCol w:w="6660"/>
      </w:tblGrid>
      <w:tr>
        <w:trPr>
          <w:tblHeader w:val="true"/>
        </w:trPr>
        <w:tc>
          <w:tcPr>
            <w:tcW w:type="dxa" w:w="2700"/>
            <w:tcMar>
              <w:top w:w="100" w:type="dxa"/>
              <w:start w:w="120" w:type="dxa"/>
              <w:bottom w:w="100" w:type="dxa"/>
              <w:end w:w="120" w:type="dxa"/>
            </w:tcMar>
            <w:vAlign w:val="center"/>
            <w:shd w:fill="EDF5FF"/>
          </w:tcPr>
          <w:p>
            <w:pPr>
              <w:spacing w:after="0"/>
            </w:pPr>
            <w:r>
              <w:rPr>
                <w:rFonts w:ascii="Calibri" w:hAnsi="Calibri"/>
                <w:b/>
                <w:color w:val="5194E6"/>
                <w:sz w:val="21"/>
              </w:rPr>
              <w:t>Catégorie</w:t>
            </w:r>
          </w:p>
        </w:tc>
        <w:tc>
          <w:tcPr>
            <w:tcW w:type="dxa" w:w="6660"/>
            <w:tcMar>
              <w:top w:w="100" w:type="dxa"/>
              <w:start w:w="120" w:type="dxa"/>
              <w:bottom w:w="100" w:type="dxa"/>
              <w:end w:w="120" w:type="dxa"/>
            </w:tcMar>
            <w:vAlign w:val="center"/>
            <w:shd w:fill="EDF5FF"/>
          </w:tcPr>
          <w:p>
            <w:pPr>
              <w:spacing w:after="0"/>
            </w:pPr>
            <w:r>
              <w:rPr>
                <w:rFonts w:ascii="Calibri" w:hAnsi="Calibri"/>
                <w:b/>
                <w:color w:val="5194E6"/>
                <w:sz w:val="21"/>
              </w:rPr>
              <w:t>Votre recommandation</w:t>
            </w:r>
          </w:p>
        </w:tc>
      </w:tr>
      <w:tr>
        <w:tc>
          <w:tcPr>
            <w:tcW w:type="dxa" w:w="2700"/>
            <w:tcMar>
              <w:top w:w="100" w:type="dxa"/>
              <w:start w:w="120" w:type="dxa"/>
              <w:bottom w:w="100" w:type="dxa"/>
              <w:end w:w="120" w:type="dxa"/>
            </w:tcMar>
            <w:vAlign w:val="center"/>
          </w:tcPr>
          <w:p>
            <w:pPr>
              <w:spacing w:after="0" w:line="276" w:lineRule="auto"/>
            </w:pPr>
            <w:r>
              <w:rPr>
                <w:rFonts w:ascii="Calibri" w:hAnsi="Calibri"/>
                <w:b/>
                <w:color w:val="17324D"/>
                <w:sz w:val="22"/>
              </w:rPr>
              <w:t>Courses</w:t>
            </w:r>
          </w:p>
        </w:tc>
        <w:tc>
          <w:tcPr>
            <w:tcW w:type="dxa" w:w="6660"/>
            <w:tcMar>
              <w:top w:w="100" w:type="dxa"/>
              <w:start w:w="120" w:type="dxa"/>
              <w:bottom w:w="100" w:type="dxa"/>
              <w:end w:w="120" w:type="dxa"/>
            </w:tcMar>
            <w:vAlign w:val="center"/>
          </w:tcPr>
          <w:p>
            <w:pPr>
              <w:spacing w:after="0" w:line="276" w:lineRule="auto"/>
            </w:pPr>
            <w:r>
              <w:rPr>
                <w:rFonts w:ascii="Calibri" w:hAnsi="Calibri"/>
                <w:b w:val="0"/>
                <w:color w:val="6B7D91"/>
                <w:sz w:val="22"/>
              </w:rPr>
              <w:t>[Nom, distance, horaires, lien]</w:t>
            </w:r>
          </w:p>
        </w:tc>
      </w:tr>
      <w:tr>
        <w:tc>
          <w:tcPr>
            <w:tcW w:type="dxa" w:w="2700"/>
            <w:tcMar>
              <w:top w:w="100" w:type="dxa"/>
              <w:start w:w="120" w:type="dxa"/>
              <w:bottom w:w="100" w:type="dxa"/>
              <w:end w:w="120" w:type="dxa"/>
            </w:tcMar>
            <w:vAlign w:val="center"/>
          </w:tcPr>
          <w:p>
            <w:pPr>
              <w:spacing w:after="0" w:line="276" w:lineRule="auto"/>
            </w:pPr>
            <w:r>
              <w:rPr>
                <w:rFonts w:ascii="Calibri" w:hAnsi="Calibri"/>
                <w:b/>
                <w:color w:val="17324D"/>
                <w:sz w:val="22"/>
              </w:rPr>
              <w:t>Boulangerie / petit-déjeuner</w:t>
            </w:r>
          </w:p>
        </w:tc>
        <w:tc>
          <w:tcPr>
            <w:tcW w:type="dxa" w:w="6660"/>
            <w:tcMar>
              <w:top w:w="100" w:type="dxa"/>
              <w:start w:w="120" w:type="dxa"/>
              <w:bottom w:w="100" w:type="dxa"/>
              <w:end w:w="120" w:type="dxa"/>
            </w:tcMar>
            <w:vAlign w:val="center"/>
          </w:tcPr>
          <w:p>
            <w:pPr>
              <w:spacing w:after="0" w:line="276" w:lineRule="auto"/>
            </w:pPr>
            <w:r>
              <w:rPr>
                <w:rFonts w:ascii="Calibri" w:hAnsi="Calibri"/>
                <w:b w:val="0"/>
                <w:color w:val="6B7D91"/>
                <w:sz w:val="22"/>
              </w:rPr>
              <w:t>[Nom, spécialité, jours de fermeture]</w:t>
            </w:r>
          </w:p>
        </w:tc>
      </w:tr>
      <w:tr>
        <w:tc>
          <w:tcPr>
            <w:tcW w:type="dxa" w:w="2700"/>
            <w:tcMar>
              <w:top w:w="100" w:type="dxa"/>
              <w:start w:w="120" w:type="dxa"/>
              <w:bottom w:w="100" w:type="dxa"/>
              <w:end w:w="120" w:type="dxa"/>
            </w:tcMar>
            <w:vAlign w:val="center"/>
          </w:tcPr>
          <w:p>
            <w:pPr>
              <w:spacing w:after="0" w:line="276" w:lineRule="auto"/>
            </w:pPr>
            <w:r>
              <w:rPr>
                <w:rFonts w:ascii="Calibri" w:hAnsi="Calibri"/>
                <w:b/>
                <w:color w:val="17324D"/>
                <w:sz w:val="22"/>
              </w:rPr>
              <w:t>Restaurant</w:t>
            </w:r>
          </w:p>
        </w:tc>
        <w:tc>
          <w:tcPr>
            <w:tcW w:type="dxa" w:w="6660"/>
            <w:tcMar>
              <w:top w:w="100" w:type="dxa"/>
              <w:start w:w="120" w:type="dxa"/>
              <w:bottom w:w="100" w:type="dxa"/>
              <w:end w:w="120" w:type="dxa"/>
            </w:tcMar>
            <w:vAlign w:val="center"/>
          </w:tcPr>
          <w:p>
            <w:pPr>
              <w:spacing w:after="0" w:line="276" w:lineRule="auto"/>
            </w:pPr>
            <w:r>
              <w:rPr>
                <w:rFonts w:ascii="Calibri" w:hAnsi="Calibri"/>
                <w:b w:val="0"/>
                <w:color w:val="6B7D91"/>
                <w:sz w:val="22"/>
              </w:rPr>
              <w:t>[Nom, type de cuisine, réservation conseillée]</w:t>
            </w:r>
          </w:p>
        </w:tc>
      </w:tr>
      <w:tr>
        <w:tc>
          <w:tcPr>
            <w:tcW w:type="dxa" w:w="2700"/>
            <w:tcMar>
              <w:top w:w="100" w:type="dxa"/>
              <w:start w:w="120" w:type="dxa"/>
              <w:bottom w:w="100" w:type="dxa"/>
              <w:end w:w="120" w:type="dxa"/>
            </w:tcMar>
            <w:vAlign w:val="center"/>
          </w:tcPr>
          <w:p>
            <w:pPr>
              <w:spacing w:after="0" w:line="276" w:lineRule="auto"/>
            </w:pPr>
            <w:r>
              <w:rPr>
                <w:rFonts w:ascii="Calibri" w:hAnsi="Calibri"/>
                <w:b/>
                <w:color w:val="17324D"/>
                <w:sz w:val="22"/>
              </w:rPr>
              <w:t>Transport</w:t>
            </w:r>
          </w:p>
        </w:tc>
        <w:tc>
          <w:tcPr>
            <w:tcW w:type="dxa" w:w="6660"/>
            <w:tcMar>
              <w:top w:w="100" w:type="dxa"/>
              <w:start w:w="120" w:type="dxa"/>
              <w:bottom w:w="100" w:type="dxa"/>
              <w:end w:w="120" w:type="dxa"/>
            </w:tcMar>
            <w:vAlign w:val="center"/>
          </w:tcPr>
          <w:p>
            <w:pPr>
              <w:spacing w:after="0" w:line="276" w:lineRule="auto"/>
            </w:pPr>
            <w:r>
              <w:rPr>
                <w:rFonts w:ascii="Calibri" w:hAnsi="Calibri"/>
                <w:b w:val="0"/>
                <w:color w:val="6B7D91"/>
                <w:sz w:val="22"/>
              </w:rPr>
              <w:t>[Arrêt, ligne, destination principale]</w:t>
            </w:r>
          </w:p>
        </w:tc>
      </w:tr>
      <w:tr>
        <w:tc>
          <w:tcPr>
            <w:tcW w:type="dxa" w:w="2700"/>
            <w:tcMar>
              <w:top w:w="100" w:type="dxa"/>
              <w:start w:w="120" w:type="dxa"/>
              <w:bottom w:w="100" w:type="dxa"/>
              <w:end w:w="120" w:type="dxa"/>
            </w:tcMar>
            <w:vAlign w:val="center"/>
          </w:tcPr>
          <w:p>
            <w:pPr>
              <w:spacing w:after="0" w:line="276" w:lineRule="auto"/>
            </w:pPr>
            <w:r>
              <w:rPr>
                <w:rFonts w:ascii="Calibri" w:hAnsi="Calibri"/>
                <w:b/>
                <w:color w:val="17324D"/>
                <w:sz w:val="22"/>
              </w:rPr>
              <w:t>Activité</w:t>
            </w:r>
          </w:p>
        </w:tc>
        <w:tc>
          <w:tcPr>
            <w:tcW w:type="dxa" w:w="6660"/>
            <w:tcMar>
              <w:top w:w="100" w:type="dxa"/>
              <w:start w:w="120" w:type="dxa"/>
              <w:bottom w:w="100" w:type="dxa"/>
              <w:end w:w="120" w:type="dxa"/>
            </w:tcMar>
            <w:vAlign w:val="center"/>
          </w:tcPr>
          <w:p>
            <w:pPr>
              <w:spacing w:after="0" w:line="276" w:lineRule="auto"/>
            </w:pPr>
            <w:r>
              <w:rPr>
                <w:rFonts w:ascii="Calibri" w:hAnsi="Calibri"/>
                <w:b w:val="0"/>
                <w:color w:val="6B7D91"/>
                <w:sz w:val="22"/>
              </w:rPr>
              <w:t>[Nom, public, durée, conseil pratique]</w:t>
            </w:r>
          </w:p>
        </w:tc>
      </w:tr>
      <w:tr>
        <w:tc>
          <w:tcPr>
            <w:tcW w:type="dxa" w:w="2700"/>
            <w:tcMar>
              <w:top w:w="100" w:type="dxa"/>
              <w:start w:w="120" w:type="dxa"/>
              <w:bottom w:w="100" w:type="dxa"/>
              <w:end w:w="120" w:type="dxa"/>
            </w:tcMar>
            <w:vAlign w:val="center"/>
          </w:tcPr>
          <w:p>
            <w:pPr>
              <w:spacing w:after="0" w:line="276" w:lineRule="auto"/>
            </w:pPr>
            <w:r>
              <w:rPr>
                <w:rFonts w:ascii="Calibri" w:hAnsi="Calibri"/>
                <w:b/>
                <w:color w:val="17324D"/>
                <w:sz w:val="22"/>
              </w:rPr>
              <w:t>Pharmacie / santé</w:t>
            </w:r>
          </w:p>
        </w:tc>
        <w:tc>
          <w:tcPr>
            <w:tcW w:type="dxa" w:w="6660"/>
            <w:tcMar>
              <w:top w:w="100" w:type="dxa"/>
              <w:start w:w="120" w:type="dxa"/>
              <w:bottom w:w="100" w:type="dxa"/>
              <w:end w:w="120" w:type="dxa"/>
            </w:tcMar>
            <w:vAlign w:val="center"/>
          </w:tcPr>
          <w:p>
            <w:pPr>
              <w:spacing w:after="0" w:line="276" w:lineRule="auto"/>
            </w:pPr>
            <w:r>
              <w:rPr>
                <w:rFonts w:ascii="Calibri" w:hAnsi="Calibri"/>
                <w:b w:val="0"/>
                <w:color w:val="6B7D91"/>
                <w:sz w:val="22"/>
              </w:rPr>
              <w:t>[Nom, adresse, horaires]</w:t>
            </w:r>
          </w:p>
        </w:tc>
      </w:tr>
    </w:tbl>
    <w:p>
      <w:pPr>
        <w:spacing w:after="40"/>
      </w:pPr>
    </w:p>
    <w:p>
      <w:pPr>
        <w:spacing w:before="0" w:after="120" w:line="300" w:lineRule="auto"/>
      </w:pPr>
      <w:r>
        <w:rPr>
          <w:rFonts w:ascii="Calibri" w:hAnsi="Calibri"/>
          <w:i w:val="0"/>
          <w:color w:val="17324D"/>
          <w:sz w:val="22"/>
        </w:rPr>
        <w:t>Privilégiez cinq à dix recommandations fiables et réellement testées. Une courte sélection personnelle est plus utile qu’un annuaire générique.</w:t>
      </w:r>
    </w:p>
    <w:p>
      <w:r>
        <w:br w:type="page"/>
      </w:r>
    </w:p>
    <w:p>
      <w:pPr>
        <w:pStyle w:val="Heading1"/>
        <w:keepNext/>
      </w:pPr>
      <w:r>
        <w:rPr>
          <w:rFonts w:ascii="Calibri" w:hAnsi="Calibri"/>
          <w:b/>
          <w:color w:val="5194E6"/>
          <w:sz w:val="32"/>
        </w:rPr>
        <w:t>8. Départ</w:t>
      </w:r>
    </w:p>
    <w:p>
      <w:pPr>
        <w:spacing w:before="0" w:after="120" w:line="300" w:lineRule="auto"/>
      </w:pPr>
      <w:r>
        <w:rPr>
          <w:rFonts w:ascii="Calibri" w:hAnsi="Calibri"/>
          <w:i w:val="0"/>
          <w:color w:val="17324D"/>
          <w:sz w:val="22"/>
        </w:rPr>
        <w:t>Présentez les étapes dans l’ordre où le voyageur doit les réaliser :</w:t>
      </w:r>
    </w:p>
    <w:p>
      <w:pPr>
        <w:spacing w:before="0" w:after="80" w:line="300" w:lineRule="auto"/>
        <w:numPr>
          <w:ilvl w:val="0"/>
          <w:numId w:val="11"/>
        </w:numPr>
      </w:pPr>
      <w:r>
        <w:rPr>
          <w:rFonts w:ascii="Calibri" w:hAnsi="Calibri"/>
          <w:color w:val="17324D"/>
          <w:sz w:val="22"/>
        </w:rPr>
        <w:t>Respecter l’heure de départ : [heure].</w:t>
      </w:r>
    </w:p>
    <w:p>
      <w:pPr>
        <w:spacing w:before="0" w:after="80" w:line="300" w:lineRule="auto"/>
        <w:numPr>
          <w:ilvl w:val="0"/>
          <w:numId w:val="11"/>
        </w:numPr>
      </w:pPr>
      <w:r>
        <w:rPr>
          <w:rFonts w:ascii="Calibri" w:hAnsi="Calibri"/>
          <w:color w:val="17324D"/>
          <w:sz w:val="22"/>
        </w:rPr>
        <w:t>Rassembler la vaisselle et lancer / ne pas lancer le lave-vaisselle.</w:t>
      </w:r>
    </w:p>
    <w:p>
      <w:pPr>
        <w:spacing w:before="0" w:after="80" w:line="300" w:lineRule="auto"/>
        <w:numPr>
          <w:ilvl w:val="0"/>
          <w:numId w:val="11"/>
        </w:numPr>
      </w:pPr>
      <w:r>
        <w:rPr>
          <w:rFonts w:ascii="Calibri" w:hAnsi="Calibri"/>
          <w:color w:val="17324D"/>
          <w:sz w:val="22"/>
        </w:rPr>
        <w:t>Déposer les déchets dans [lieu précis].</w:t>
      </w:r>
    </w:p>
    <w:p>
      <w:pPr>
        <w:spacing w:before="0" w:after="80" w:line="300" w:lineRule="auto"/>
        <w:numPr>
          <w:ilvl w:val="0"/>
          <w:numId w:val="11"/>
        </w:numPr>
      </w:pPr>
      <w:r>
        <w:rPr>
          <w:rFonts w:ascii="Calibri" w:hAnsi="Calibri"/>
          <w:color w:val="17324D"/>
          <w:sz w:val="22"/>
        </w:rPr>
        <w:t>Fermer fenêtres, volets et robinets ; régler le chauffage sur [consigne].</w:t>
      </w:r>
    </w:p>
    <w:p>
      <w:pPr>
        <w:spacing w:before="0" w:after="80" w:line="300" w:lineRule="auto"/>
        <w:numPr>
          <w:ilvl w:val="0"/>
          <w:numId w:val="11"/>
        </w:numPr>
      </w:pPr>
      <w:r>
        <w:rPr>
          <w:rFonts w:ascii="Calibri" w:hAnsi="Calibri"/>
          <w:color w:val="17324D"/>
          <w:sz w:val="22"/>
        </w:rPr>
        <w:t>Déposer les clés dans [lieu] et vérifier que la porte est bien fermée.</w:t>
      </w:r>
    </w:p>
    <w:p>
      <w:pPr>
        <w:spacing w:before="0" w:after="80" w:line="300" w:lineRule="auto"/>
        <w:numPr>
          <w:ilvl w:val="0"/>
          <w:numId w:val="11"/>
        </w:numPr>
      </w:pPr>
      <w:r>
        <w:rPr>
          <w:rFonts w:ascii="Calibri" w:hAnsi="Calibri"/>
          <w:color w:val="17324D"/>
          <w:sz w:val="22"/>
        </w:rPr>
        <w:t>Signaler immédiatement un problème ou un objet oublié.</w:t>
      </w:r>
    </w:p>
    <w:p>
      <w:pPr>
        <w:pStyle w:val="Heading1"/>
        <w:keepNext/>
      </w:pPr>
      <w:r>
        <w:rPr>
          <w:rFonts w:ascii="Calibri" w:hAnsi="Calibri"/>
          <w:b/>
          <w:color w:val="5194E6"/>
          <w:sz w:val="32"/>
        </w:rPr>
        <w:t>9. Numéros importants</w:t>
      </w:r>
    </w:p>
    <w:tbl>
      <w:tblPr>
        <w:tblW w:type="dxa" w:w="9360"/>
        <w:tblLayout w:type="fixed"/>
        <w:tblLook w:firstColumn="1" w:firstRow="1" w:lastColumn="0" w:lastRow="0" w:noHBand="0" w:noVBand="1" w:val="04A0"/>
        <w:jc w:val="left"/>
        <w:tblInd w:w="120" w:type="dxa"/>
        <w:tblBorders>
          <w:top w:val="single" w:sz="8" w:space="0" w:color="DCE8F5"/>
          <w:left w:val="single" w:sz="8" w:space="0" w:color="DCE8F5"/>
          <w:bottom w:val="single" w:sz="8" w:space="0" w:color="DCE8F5"/>
          <w:right w:val="single" w:sz="8" w:space="0" w:color="DCE8F5"/>
          <w:insideH w:val="single" w:sz="8" w:space="0" w:color="DCE8F5"/>
          <w:insideV w:val="single" w:sz="8" w:space="0" w:color="DCE8F5"/>
        </w:tblBorders>
      </w:tblPr>
      <w:tblGrid>
        <w:gridCol w:w="2700"/>
        <w:gridCol w:w="6660"/>
      </w:tblGrid>
      <w:tr>
        <w:trPr>
          <w:tblHeader w:val="true"/>
        </w:trPr>
        <w:tc>
          <w:tcPr>
            <w:tcW w:type="dxa" w:w="2700"/>
            <w:tcMar>
              <w:top w:w="100" w:type="dxa"/>
              <w:start w:w="120" w:type="dxa"/>
              <w:bottom w:w="100" w:type="dxa"/>
              <w:end w:w="120" w:type="dxa"/>
            </w:tcMar>
            <w:vAlign w:val="center"/>
            <w:shd w:fill="EDF5FF"/>
          </w:tcPr>
          <w:p>
            <w:pPr>
              <w:spacing w:after="0"/>
            </w:pPr>
            <w:r>
              <w:rPr>
                <w:rFonts w:ascii="Calibri" w:hAnsi="Calibri"/>
                <w:b/>
                <w:color w:val="5194E6"/>
                <w:sz w:val="21"/>
              </w:rPr>
              <w:t>Contact</w:t>
            </w:r>
          </w:p>
        </w:tc>
        <w:tc>
          <w:tcPr>
            <w:tcW w:type="dxa" w:w="6660"/>
            <w:tcMar>
              <w:top w:w="100" w:type="dxa"/>
              <w:start w:w="120" w:type="dxa"/>
              <w:bottom w:w="100" w:type="dxa"/>
              <w:end w:w="120" w:type="dxa"/>
            </w:tcMar>
            <w:vAlign w:val="center"/>
            <w:shd w:fill="EDF5FF"/>
          </w:tcPr>
          <w:p>
            <w:pPr>
              <w:spacing w:after="0"/>
            </w:pPr>
            <w:r>
              <w:rPr>
                <w:rFonts w:ascii="Calibri" w:hAnsi="Calibri"/>
                <w:b/>
                <w:color w:val="5194E6"/>
                <w:sz w:val="21"/>
              </w:rPr>
              <w:t>Numéro / disponibilité</w:t>
            </w:r>
          </w:p>
        </w:tc>
      </w:tr>
      <w:tr>
        <w:tc>
          <w:tcPr>
            <w:tcW w:type="dxa" w:w="2700"/>
            <w:tcMar>
              <w:top w:w="100" w:type="dxa"/>
              <w:start w:w="120" w:type="dxa"/>
              <w:bottom w:w="100" w:type="dxa"/>
              <w:end w:w="120" w:type="dxa"/>
            </w:tcMar>
            <w:vAlign w:val="center"/>
          </w:tcPr>
          <w:p>
            <w:pPr>
              <w:spacing w:after="0" w:line="276" w:lineRule="auto"/>
            </w:pPr>
            <w:r>
              <w:rPr>
                <w:rFonts w:ascii="Calibri" w:hAnsi="Calibri"/>
                <w:b/>
                <w:color w:val="17324D"/>
                <w:sz w:val="22"/>
              </w:rPr>
              <w:t>Hôte / conciergerie</w:t>
            </w:r>
          </w:p>
        </w:tc>
        <w:tc>
          <w:tcPr>
            <w:tcW w:type="dxa" w:w="6660"/>
            <w:tcMar>
              <w:top w:w="100" w:type="dxa"/>
              <w:start w:w="120" w:type="dxa"/>
              <w:bottom w:w="100" w:type="dxa"/>
              <w:end w:w="120" w:type="dxa"/>
            </w:tcMar>
            <w:vAlign w:val="center"/>
          </w:tcPr>
          <w:p>
            <w:pPr>
              <w:spacing w:after="0" w:line="276" w:lineRule="auto"/>
            </w:pPr>
            <w:r>
              <w:rPr>
                <w:rFonts w:ascii="Calibri" w:hAnsi="Calibri"/>
                <w:b w:val="0"/>
                <w:color w:val="6B7D91"/>
                <w:sz w:val="22"/>
              </w:rPr>
              <w:t>[Nom + téléphone + horaires]</w:t>
            </w:r>
          </w:p>
        </w:tc>
      </w:tr>
      <w:tr>
        <w:tc>
          <w:tcPr>
            <w:tcW w:type="dxa" w:w="2700"/>
            <w:tcMar>
              <w:top w:w="100" w:type="dxa"/>
              <w:start w:w="120" w:type="dxa"/>
              <w:bottom w:w="100" w:type="dxa"/>
              <w:end w:w="120" w:type="dxa"/>
            </w:tcMar>
            <w:vAlign w:val="center"/>
          </w:tcPr>
          <w:p>
            <w:pPr>
              <w:spacing w:after="0" w:line="276" w:lineRule="auto"/>
            </w:pPr>
            <w:r>
              <w:rPr>
                <w:rFonts w:ascii="Calibri" w:hAnsi="Calibri"/>
                <w:b/>
                <w:color w:val="17324D"/>
                <w:sz w:val="22"/>
              </w:rPr>
              <w:t>Urgences médicales</w:t>
            </w:r>
          </w:p>
        </w:tc>
        <w:tc>
          <w:tcPr>
            <w:tcW w:type="dxa" w:w="6660"/>
            <w:tcMar>
              <w:top w:w="100" w:type="dxa"/>
              <w:start w:w="120" w:type="dxa"/>
              <w:bottom w:w="100" w:type="dxa"/>
              <w:end w:w="120" w:type="dxa"/>
            </w:tcMar>
            <w:vAlign w:val="center"/>
          </w:tcPr>
          <w:p>
            <w:pPr>
              <w:spacing w:after="0" w:line="276" w:lineRule="auto"/>
            </w:pPr>
            <w:r>
              <w:rPr>
                <w:rFonts w:ascii="Calibri" w:hAnsi="Calibri"/>
                <w:b w:val="0"/>
                <w:color w:val="6B7D91"/>
                <w:sz w:val="22"/>
              </w:rPr>
              <w:t>15 en France</w:t>
            </w:r>
          </w:p>
        </w:tc>
      </w:tr>
      <w:tr>
        <w:tc>
          <w:tcPr>
            <w:tcW w:type="dxa" w:w="2700"/>
            <w:tcMar>
              <w:top w:w="100" w:type="dxa"/>
              <w:start w:w="120" w:type="dxa"/>
              <w:bottom w:w="100" w:type="dxa"/>
              <w:end w:w="120" w:type="dxa"/>
            </w:tcMar>
            <w:vAlign w:val="center"/>
          </w:tcPr>
          <w:p>
            <w:pPr>
              <w:spacing w:after="0" w:line="276" w:lineRule="auto"/>
            </w:pPr>
            <w:r>
              <w:rPr>
                <w:rFonts w:ascii="Calibri" w:hAnsi="Calibri"/>
                <w:b/>
                <w:color w:val="17324D"/>
                <w:sz w:val="22"/>
              </w:rPr>
              <w:t>Police / gendarmerie</w:t>
            </w:r>
          </w:p>
        </w:tc>
        <w:tc>
          <w:tcPr>
            <w:tcW w:type="dxa" w:w="6660"/>
            <w:tcMar>
              <w:top w:w="100" w:type="dxa"/>
              <w:start w:w="120" w:type="dxa"/>
              <w:bottom w:w="100" w:type="dxa"/>
              <w:end w:w="120" w:type="dxa"/>
            </w:tcMar>
            <w:vAlign w:val="center"/>
          </w:tcPr>
          <w:p>
            <w:pPr>
              <w:spacing w:after="0" w:line="276" w:lineRule="auto"/>
            </w:pPr>
            <w:r>
              <w:rPr>
                <w:rFonts w:ascii="Calibri" w:hAnsi="Calibri"/>
                <w:b w:val="0"/>
                <w:color w:val="6B7D91"/>
                <w:sz w:val="22"/>
              </w:rPr>
              <w:t>17 en France</w:t>
            </w:r>
          </w:p>
        </w:tc>
      </w:tr>
      <w:tr>
        <w:tc>
          <w:tcPr>
            <w:tcW w:type="dxa" w:w="2700"/>
            <w:tcMar>
              <w:top w:w="100" w:type="dxa"/>
              <w:start w:w="120" w:type="dxa"/>
              <w:bottom w:w="100" w:type="dxa"/>
              <w:end w:w="120" w:type="dxa"/>
            </w:tcMar>
            <w:vAlign w:val="center"/>
          </w:tcPr>
          <w:p>
            <w:pPr>
              <w:spacing w:after="0" w:line="276" w:lineRule="auto"/>
            </w:pPr>
            <w:r>
              <w:rPr>
                <w:rFonts w:ascii="Calibri" w:hAnsi="Calibri"/>
                <w:b/>
                <w:color w:val="17324D"/>
                <w:sz w:val="22"/>
              </w:rPr>
              <w:t>Pompiers</w:t>
            </w:r>
          </w:p>
        </w:tc>
        <w:tc>
          <w:tcPr>
            <w:tcW w:type="dxa" w:w="6660"/>
            <w:tcMar>
              <w:top w:w="100" w:type="dxa"/>
              <w:start w:w="120" w:type="dxa"/>
              <w:bottom w:w="100" w:type="dxa"/>
              <w:end w:w="120" w:type="dxa"/>
            </w:tcMar>
            <w:vAlign w:val="center"/>
          </w:tcPr>
          <w:p>
            <w:pPr>
              <w:spacing w:after="0" w:line="276" w:lineRule="auto"/>
            </w:pPr>
            <w:r>
              <w:rPr>
                <w:rFonts w:ascii="Calibri" w:hAnsi="Calibri"/>
                <w:b w:val="0"/>
                <w:color w:val="6B7D91"/>
                <w:sz w:val="22"/>
              </w:rPr>
              <w:t>18 en France</w:t>
            </w:r>
          </w:p>
        </w:tc>
      </w:tr>
      <w:tr>
        <w:tc>
          <w:tcPr>
            <w:tcW w:type="dxa" w:w="2700"/>
            <w:tcMar>
              <w:top w:w="100" w:type="dxa"/>
              <w:start w:w="120" w:type="dxa"/>
              <w:bottom w:w="100" w:type="dxa"/>
              <w:end w:w="120" w:type="dxa"/>
            </w:tcMar>
            <w:vAlign w:val="center"/>
          </w:tcPr>
          <w:p>
            <w:pPr>
              <w:spacing w:after="0" w:line="276" w:lineRule="auto"/>
            </w:pPr>
            <w:r>
              <w:rPr>
                <w:rFonts w:ascii="Calibri" w:hAnsi="Calibri"/>
                <w:b/>
                <w:color w:val="17324D"/>
                <w:sz w:val="22"/>
              </w:rPr>
              <w:t>Urgence européenne</w:t>
            </w:r>
          </w:p>
        </w:tc>
        <w:tc>
          <w:tcPr>
            <w:tcW w:type="dxa" w:w="6660"/>
            <w:tcMar>
              <w:top w:w="100" w:type="dxa"/>
              <w:start w:w="120" w:type="dxa"/>
              <w:bottom w:w="100" w:type="dxa"/>
              <w:end w:w="120" w:type="dxa"/>
            </w:tcMar>
            <w:vAlign w:val="center"/>
          </w:tcPr>
          <w:p>
            <w:pPr>
              <w:spacing w:after="0" w:line="276" w:lineRule="auto"/>
            </w:pPr>
            <w:r>
              <w:rPr>
                <w:rFonts w:ascii="Calibri" w:hAnsi="Calibri"/>
                <w:b w:val="0"/>
                <w:color w:val="6B7D91"/>
                <w:sz w:val="22"/>
              </w:rPr>
              <w:t>112</w:t>
            </w:r>
          </w:p>
        </w:tc>
      </w:tr>
      <w:tr>
        <w:tc>
          <w:tcPr>
            <w:tcW w:type="dxa" w:w="2700"/>
            <w:tcMar>
              <w:top w:w="100" w:type="dxa"/>
              <w:start w:w="120" w:type="dxa"/>
              <w:bottom w:w="100" w:type="dxa"/>
              <w:end w:w="120" w:type="dxa"/>
            </w:tcMar>
            <w:vAlign w:val="center"/>
          </w:tcPr>
          <w:p>
            <w:pPr>
              <w:spacing w:after="0" w:line="276" w:lineRule="auto"/>
            </w:pPr>
            <w:r>
              <w:rPr>
                <w:rFonts w:ascii="Calibri" w:hAnsi="Calibri"/>
                <w:b/>
                <w:color w:val="17324D"/>
                <w:sz w:val="22"/>
              </w:rPr>
              <w:t>Maintenance</w:t>
            </w:r>
          </w:p>
        </w:tc>
        <w:tc>
          <w:tcPr>
            <w:tcW w:type="dxa" w:w="6660"/>
            <w:tcMar>
              <w:top w:w="100" w:type="dxa"/>
              <w:start w:w="120" w:type="dxa"/>
              <w:bottom w:w="100" w:type="dxa"/>
              <w:end w:w="120" w:type="dxa"/>
            </w:tcMar>
            <w:vAlign w:val="center"/>
          </w:tcPr>
          <w:p>
            <w:pPr>
              <w:spacing w:after="0" w:line="276" w:lineRule="auto"/>
            </w:pPr>
            <w:r>
              <w:rPr>
                <w:rFonts w:ascii="Calibri" w:hAnsi="Calibri"/>
                <w:b w:val="0"/>
                <w:color w:val="6B7D91"/>
                <w:sz w:val="22"/>
              </w:rPr>
              <w:t>[Plomberie, électricité, serrure…]</w:t>
            </w:r>
          </w:p>
        </w:tc>
      </w:tr>
    </w:tbl>
    <w:p>
      <w:pPr>
        <w:spacing w:after="40"/>
      </w:pPr>
    </w:p>
    <w:p>
      <w:pPr>
        <w:keepLines/>
        <w:spacing w:before="80" w:after="160" w:line="288" w:lineRule="auto"/>
        <w:ind w:left="115" w:right="115"/>
        <w:shd w:fill="EDF5FF"/>
        <w:pBdr>
          <w:top w:val="single" w:sz="8" w:space="8" w:color="EDF5FF"/>
          <w:left w:val="single" w:sz="8" w:space="8" w:color="EDF5FF"/>
          <w:bottom w:val="single" w:sz="8" w:space="8" w:color="EDF5FF"/>
          <w:right w:val="single" w:sz="8" w:space="8" w:color="EDF5FF"/>
        </w:pBdr>
      </w:pPr>
      <w:r>
        <w:rPr>
          <w:rFonts w:ascii="Calibri" w:hAnsi="Calibri"/>
          <w:b/>
          <w:color w:val="17324D"/>
          <w:sz w:val="22"/>
        </w:rPr>
        <w:t>À vérifier localement</w:t>
      </w:r>
      <w:r>
        <w:rPr>
          <w:rFonts w:ascii="Calibri" w:hAnsi="Calibri"/>
          <w:color w:val="17324D"/>
          <w:sz w:val="22"/>
        </w:rPr>
        <w:br/>
        <w:t>Adaptez les contacts d’urgence au pays du logement et vérifiez les obligations applicables à votre hébergement. Ce modèle pratique ne remplace ni un contrat, ni un règlement intérieur complet, ni un conseil juridique.</w:t>
      </w:r>
    </w:p>
    <w:p>
      <w:r>
        <w:br w:type="page"/>
      </w:r>
    </w:p>
    <w:p>
      <w:pPr>
        <w:pStyle w:val="Heading1"/>
        <w:keepNext/>
      </w:pPr>
      <w:r>
        <w:rPr>
          <w:rFonts w:ascii="Calibri" w:hAnsi="Calibri"/>
          <w:b/>
          <w:color w:val="5194E6"/>
          <w:sz w:val="32"/>
        </w:rPr>
        <w:t>10. Vérification avant partage</w:t>
      </w:r>
    </w:p>
    <w:p>
      <w:pPr>
        <w:spacing w:before="0" w:after="80" w:line="300" w:lineRule="auto"/>
        <w:numPr>
          <w:ilvl w:val="0"/>
          <w:numId w:val="10"/>
        </w:numPr>
      </w:pPr>
      <w:r>
        <w:rPr>
          <w:rFonts w:ascii="Calibri" w:hAnsi="Calibri"/>
          <w:color w:val="17324D"/>
          <w:sz w:val="22"/>
        </w:rPr>
        <w:t>Tous les textes entre crochets ont été remplacés.</w:t>
      </w:r>
    </w:p>
    <w:p>
      <w:pPr>
        <w:spacing w:before="0" w:after="80" w:line="300" w:lineRule="auto"/>
        <w:numPr>
          <w:ilvl w:val="0"/>
          <w:numId w:val="10"/>
        </w:numPr>
      </w:pPr>
      <w:r>
        <w:rPr>
          <w:rFonts w:ascii="Calibri" w:hAnsi="Calibri"/>
          <w:color w:val="17324D"/>
          <w:sz w:val="22"/>
        </w:rPr>
        <w:t>Les horaires, codes, numéros et liens ont été testés.</w:t>
      </w:r>
    </w:p>
    <w:p>
      <w:pPr>
        <w:spacing w:before="0" w:after="80" w:line="300" w:lineRule="auto"/>
        <w:numPr>
          <w:ilvl w:val="0"/>
          <w:numId w:val="10"/>
        </w:numPr>
      </w:pPr>
      <w:r>
        <w:rPr>
          <w:rFonts w:ascii="Calibri" w:hAnsi="Calibri"/>
          <w:color w:val="17324D"/>
          <w:sz w:val="22"/>
        </w:rPr>
        <w:t>Le document reste lisible sur téléphone et ne contient pas de longues pages inutiles.</w:t>
      </w:r>
    </w:p>
    <w:p>
      <w:pPr>
        <w:spacing w:before="0" w:after="80" w:line="300" w:lineRule="auto"/>
        <w:numPr>
          <w:ilvl w:val="0"/>
          <w:numId w:val="10"/>
        </w:numPr>
      </w:pPr>
      <w:r>
        <w:rPr>
          <w:rFonts w:ascii="Calibri" w:hAnsi="Calibri"/>
          <w:color w:val="17324D"/>
          <w:sz w:val="22"/>
        </w:rPr>
        <w:t>Une personne qui ne connaît pas le logement a relu les consignes d’arrivée.</w:t>
      </w:r>
    </w:p>
    <w:p>
      <w:pPr>
        <w:spacing w:before="0" w:after="80" w:line="300" w:lineRule="auto"/>
        <w:numPr>
          <w:ilvl w:val="0"/>
          <w:numId w:val="10"/>
        </w:numPr>
      </w:pPr>
      <w:r>
        <w:rPr>
          <w:rFonts w:ascii="Calibri" w:hAnsi="Calibri"/>
          <w:color w:val="17324D"/>
          <w:sz w:val="22"/>
        </w:rPr>
        <w:t>Les informations sensibles sont partagées seulement avec les voyageurs concernés.</w:t>
      </w:r>
    </w:p>
    <w:p>
      <w:pPr>
        <w:spacing w:before="0" w:after="80" w:line="300" w:lineRule="auto"/>
        <w:numPr>
          <w:ilvl w:val="0"/>
          <w:numId w:val="10"/>
        </w:numPr>
      </w:pPr>
      <w:r>
        <w:rPr>
          <w:rFonts w:ascii="Calibri" w:hAnsi="Calibri"/>
          <w:color w:val="17324D"/>
          <w:sz w:val="22"/>
        </w:rPr>
        <w:t>Une date de dernière mise à jour a été ajoutée : [JJ/MM/AAAA].</w:t>
      </w:r>
    </w:p>
    <w:p>
      <w:pPr>
        <w:keepLines/>
        <w:spacing w:before="80" w:after="160" w:line="288" w:lineRule="auto"/>
        <w:ind w:left="115" w:right="115"/>
        <w:shd w:fill="EDF5FF"/>
        <w:pBdr>
          <w:top w:val="single" w:sz="8" w:space="8" w:color="EDF5FF"/>
          <w:left w:val="single" w:sz="8" w:space="8" w:color="EDF5FF"/>
          <w:bottom w:val="single" w:sz="8" w:space="8" w:color="EDF5FF"/>
          <w:right w:val="single" w:sz="8" w:space="8" w:color="EDF5FF"/>
        </w:pBdr>
      </w:pPr>
      <w:r>
        <w:rPr>
          <w:rFonts w:ascii="Calibri" w:hAnsi="Calibri"/>
          <w:b/>
          <w:color w:val="17324D"/>
          <w:sz w:val="22"/>
        </w:rPr>
        <w:t>Envie d’éviter les PDF obsolètes ?</w:t>
      </w:r>
      <w:r>
        <w:rPr>
          <w:rFonts w:ascii="Calibri" w:hAnsi="Calibri"/>
          <w:color w:val="17324D"/>
          <w:sz w:val="22"/>
        </w:rPr>
        <w:br/>
        <w:t>Créez gratuitement un livret digital sur welloguest.fr. Vos voyageurs l’ouvrent par lien ou QR code, et vos modifications restent visibles sans renvoyer le document.</w:t>
      </w:r>
    </w:p>
    <w:p>
      <w:pPr>
        <w:spacing w:before="160" w:after="0"/>
        <w:jc w:val="center"/>
      </w:pPr>
      <w:r>
        <w:rPr>
          <w:rFonts w:ascii="Calibri" w:hAnsi="Calibri"/>
          <w:b/>
          <w:color w:val="5194E6"/>
          <w:sz w:val="19"/>
        </w:rPr>
        <w:t>Modèle gratuit proposé par WelloGuest - https://welloguest.fr/</w:t>
      </w:r>
    </w:p>
    <w:sectPr w:rsidR="00FC693F" w:rsidRPr="0006063C" w:rsidSect="00034616">
      <w:headerReference w:type="default" r:id="rId9"/>
      <w:footerReference w:type="default" r:id="rId10"/>
      <w:pgSz w:w="12240" w:h="15840"/>
      <w:pgMar w:top="1037" w:right="1440" w:bottom="1037"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6B7D91"/>
        <w:sz w:val="18"/>
      </w:rPr>
      <w:t xml:space="preserve">Page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r>
      <w:drawing>
        <wp:inline xmlns:a="http://schemas.openxmlformats.org/drawingml/2006/main" xmlns:pic="http://schemas.openxmlformats.org/drawingml/2006/picture">
          <wp:extent cx="256032" cy="256032"/>
          <wp:docPr id="1" name="Icône WelloGuest" title="WelloGuest" descr="Icône de la marque WelloGuest"/>
          <wp:cNvGraphicFramePr>
            <a:graphicFrameLocks noChangeAspect="1"/>
          </wp:cNvGraphicFramePr>
          <a:graphic>
            <a:graphicData uri="http://schemas.openxmlformats.org/drawingml/2006/picture">
              <pic:pic>
                <pic:nvPicPr>
                  <pic:cNvPr id="0" name="favicon.png"/>
                  <pic:cNvPicPr/>
                </pic:nvPicPr>
                <pic:blipFill>
                  <a:blip r:embed="rId1"/>
                  <a:stretch>
                    <a:fillRect/>
                  </a:stretch>
                </pic:blipFill>
                <pic:spPr>
                  <a:xfrm>
                    <a:off x="0" y="0"/>
                    <a:ext cx="256032" cy="256032"/>
                  </a:xfrm>
                  <a:prstGeom prst="rect"/>
                </pic:spPr>
              </pic:pic>
            </a:graphicData>
          </a:graphic>
        </wp:inline>
      </w:drawing>
    </w:r>
    <w:r>
      <w:rPr>
        <w:rFonts w:ascii="Calibri" w:hAnsi="Calibri"/>
        <w:b/>
        <w:color w:val="6B7D91"/>
        <w:sz w:val="18"/>
      </w:rPr>
      <w:t xml:space="preserve">  WelloGuest | Modèle gratuit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40"/>
        </w:tabs>
        <w:ind w:left="540" w:hanging="270"/>
      </w:pPr>
      <w:rPr>
        <w:rFonts w:ascii="Calibri" w:hAnsi="Calibri"/>
        <w:color w:val="17324D"/>
        <w:sz w:val="22"/>
      </w:rPr>
    </w:lvl>
  </w:abstractNum>
  <w:num w:numId="10">
    <w:abstractNumId w:val="9"/>
  </w:num>
  <w:abstractNum w:abstractNumId="10">
    <w:multiLevelType w:val="singleLevel"/>
    <w:lvl w:ilvl="0">
      <w:start w:val="1"/>
      <w:numFmt w:val="decimal"/>
      <w:lvlText w:val="%1."/>
      <w:lvlJc w:val="left"/>
      <w:pPr>
        <w:tabs>
          <w:tab w:val="num" w:pos="540"/>
        </w:tabs>
        <w:ind w:left="540" w:hanging="270"/>
      </w:pPr>
      <w:rPr>
        <w:rFonts w:ascii="Calibri" w:hAnsi="Calibri"/>
        <w:color w:val="17324D"/>
        <w:sz w:val="22"/>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17324D"/>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5194E6"/>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5194E6"/>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7324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gratuit de livret d’accueil pour location saisonnière</dc:title>
  <dc:subject>Trame Word personnalisable pour l’arrivée, le séjour et le départ des voyageurs</dc:subject>
  <dc:creator>Équipe WelloGuest</dc:creator>
  <cp:keywords>livret d'accueil, location saisonnière, Airbnb, modèle Word, accueil voyageurs</cp:keywords>
  <dc:description>Modèle pratique gratuit publié par WelloGuest.</dc:description>
  <cp:lastModifiedBy/>
  <cp:revision>1</cp:revision>
  <dcterms:created xsi:type="dcterms:W3CDTF">2013-12-23T23:15:00Z</dcterms:created>
  <dcterms:modified xsi:type="dcterms:W3CDTF">2013-12-23T23:15:00Z</dcterms:modified>
  <cp:category/>
</cp:coreProperties>
</file>